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Microsoft YaHei"/>
          <w:b/>
          <w:i w:val="0"/>
          <w:color w:val="143D29"/>
          <w:sz w:val="34"/>
        </w:rPr>
        <w:t>录用通知书模板 · 使用说明</w:t>
      </w:r>
    </w:p>
    <w:p>
      <w:pPr>
        <w:spacing w:after="160"/>
      </w:pPr>
      <w:r>
        <w:rPr>
          <w:rFonts w:ascii="Arial" w:hAnsi="Arial" w:eastAsia="Microsoft YaHei"/>
          <w:b/>
          <w:i w:val="0"/>
          <w:color w:val="9A5B12"/>
          <w:sz w:val="19"/>
        </w:rPr>
        <w:t>OFFER LETTER TEMPLATE — HOW TO USE</w:t>
      </w:r>
    </w:p>
    <w:p>
      <w:pPr>
        <w:spacing w:after="200"/>
      </w:pPr>
      <w:r>
        <w:rPr>
          <w:rFonts w:ascii="Arial" w:hAnsi="Arial" w:eastAsia="Microsoft YaHei"/>
          <w:b w:val="0"/>
          <w:i/>
          <w:color w:val="555F66"/>
          <w:sz w:val="17"/>
        </w:rPr>
        <w:t>Delete this page before sending the letter to a candidate.</w:t>
      </w:r>
    </w:p>
    <w:p>
      <w:pPr>
        <w:keepNext/>
        <w:spacing w:before="200" w:after="80"/>
        <w:pBdr>
          <w:bottom w:val="single" w:sz="6" w:space="2" w:color="D8E2DA"/>
        </w:pBdr>
      </w:pPr>
      <w:r>
        <w:rPr>
          <w:rFonts w:ascii="Arial" w:hAnsi="Arial" w:eastAsia="Microsoft YaHei"/>
          <w:b/>
          <w:i w:val="0"/>
          <w:color w:val="143D29"/>
          <w:sz w:val="23"/>
        </w:rPr>
        <w:t>Before you send</w:t>
      </w:r>
    </w:p>
    <w:p>
      <w:pPr>
        <w:pStyle w:val="ListBullet"/>
        <w:spacing w:after="40"/>
        <w:ind w:left="340"/>
      </w:pPr>
      <w:r>
        <w:rPr>
          <w:rFonts w:ascii="Arial" w:hAnsi="Arial" w:eastAsia="Microsoft YaHei"/>
          <w:b w:val="0"/>
          <w:i w:val="0"/>
          <w:color w:val="1A1A1A"/>
          <w:sz w:val="19"/>
        </w:rPr>
        <w:t>Replace every [bracketed] field with your company's details.</w:t>
      </w:r>
    </w:p>
    <w:p>
      <w:pPr>
        <w:pStyle w:val="ListBullet"/>
        <w:spacing w:after="40"/>
        <w:ind w:left="340"/>
      </w:pPr>
      <w:r>
        <w:rPr>
          <w:rFonts w:ascii="Arial" w:hAnsi="Arial" w:eastAsia="Microsoft YaHei"/>
          <w:b w:val="0"/>
          <w:i w:val="0"/>
          <w:color w:val="1A1A1A"/>
          <w:sz w:val="19"/>
        </w:rPr>
        <w:t>Delete clauses that do not apply (for example, housing allowance or the work-permit condition).</w:t>
      </w:r>
    </w:p>
    <w:p>
      <w:pPr>
        <w:pStyle w:val="ListBullet"/>
        <w:spacing w:after="40"/>
        <w:ind w:left="340"/>
      </w:pPr>
      <w:r>
        <w:rPr>
          <w:rFonts w:ascii="Arial" w:hAnsi="Arial" w:eastAsia="Microsoft YaHei"/>
          <w:b w:val="0"/>
          <w:i w:val="0"/>
          <w:color w:val="1A1A1A"/>
          <w:sz w:val="19"/>
        </w:rPr>
        <w:t>Keep basic salary at or above the applicable minimum wage; do not bundle statutory allowances into basic pay.</w:t>
      </w:r>
    </w:p>
    <w:p>
      <w:pPr>
        <w:pStyle w:val="ListBullet"/>
        <w:spacing w:after="40"/>
        <w:ind w:left="340"/>
      </w:pPr>
      <w:r>
        <w:rPr>
          <w:rFonts w:ascii="Arial" w:hAnsi="Arial" w:eastAsia="Microsoft YaHei"/>
          <w:b w:val="0"/>
          <w:i w:val="0"/>
          <w:color w:val="1A1A1A"/>
          <w:sz w:val="19"/>
        </w:rPr>
        <w:t>For foreign nationals, keep the employment-permit condition and do not allow work before the permit is issued.</w:t>
      </w:r>
    </w:p>
    <w:p>
      <w:pPr>
        <w:pStyle w:val="ListBullet"/>
        <w:spacing w:after="40"/>
        <w:ind w:left="340"/>
      </w:pPr>
      <w:r>
        <w:rPr>
          <w:rFonts w:ascii="Arial" w:hAnsi="Arial" w:eastAsia="Microsoft YaHei"/>
          <w:b w:val="0"/>
          <w:i w:val="0"/>
          <w:color w:val="1A1A1A"/>
          <w:sz w:val="19"/>
        </w:rPr>
        <w:t>Have the final letter reviewed by a Zambian employment lawyer before sending.</w:t>
      </w:r>
    </w:p>
    <w:p>
      <w:pPr>
        <w:pStyle w:val="ListBullet"/>
        <w:spacing w:after="40"/>
        <w:ind w:left="340"/>
      </w:pPr>
      <w:r>
        <w:rPr>
          <w:rFonts w:ascii="Arial" w:hAnsi="Arial" w:eastAsia="Microsoft YaHei"/>
          <w:b w:val="0"/>
          <w:i w:val="0"/>
          <w:color w:val="1A1A1A"/>
          <w:sz w:val="19"/>
        </w:rPr>
        <w:t>Before sending: delete this instruction page, the header/footer, and any unused clauses.</w:t>
      </w:r>
    </w:p>
    <w:tbl>
      <w:tblPr>
        <w:tblStyle w:val="TableGrid"/>
        <w:tblW w:type="auto" w:w="0"/>
        <w:tblLook w:firstColumn="1" w:firstRow="1" w:lastColumn="0" w:lastRow="0" w:noHBand="0" w:noVBand="1" w:val="04A0"/>
      </w:tblPr>
      <w:tblGrid>
        <w:gridCol w:w="9972"/>
      </w:tblGrid>
      <w:tr>
        <w:tc>
          <w:tcPr>
            <w:tcW w:type="dxa" w:w="9972"/>
            <w:shd w:val="clear" w:color="auto" w:fill="FFF8E7"/>
            <w:tcMar>
              <w:top w:w="120" w:type="dxa"/>
              <w:bottom w:w="120" w:type="dxa"/>
              <w:start w:w="150" w:type="dxa"/>
              <w:end w:w="150" w:type="dxa"/>
            </w:tcMar>
          </w:tcPr>
          <w:p>
            <w:pPr>
              <w:spacing w:after="40"/>
            </w:pPr>
            <w:r>
              <w:rPr>
                <w:rFonts w:ascii="Arial" w:hAnsi="Arial" w:eastAsia="Microsoft YaHei"/>
                <w:b/>
                <w:i w:val="0"/>
                <w:color w:val="9A5B12"/>
                <w:sz w:val="19"/>
              </w:rPr>
              <w:t>填写说明（中文）</w:t>
            </w:r>
          </w:p>
          <w:p>
            <w:pPr>
              <w:spacing w:after="40"/>
            </w:pPr>
            <w:r>
              <w:rPr>
                <w:rFonts w:ascii="Arial" w:hAnsi="Arial" w:eastAsia="Microsoft YaHei"/>
                <w:b w:val="0"/>
                <w:i w:val="0"/>
                <w:color w:val="1A1A1A"/>
                <w:sz w:val="17"/>
              </w:rPr>
              <w:t>• 方括号 [ ] 全部替换；不适用条款删除。</w:t>
            </w:r>
          </w:p>
          <w:p>
            <w:pPr>
              <w:spacing w:after="40"/>
            </w:pPr>
            <w:r>
              <w:rPr>
                <w:rFonts w:ascii="Arial" w:hAnsi="Arial" w:eastAsia="Microsoft YaHei"/>
                <w:b w:val="0"/>
                <w:i w:val="0"/>
                <w:color w:val="1A1A1A"/>
                <w:sz w:val="17"/>
              </w:rPr>
              <w:t>• 基本工资不低于最低工资；住房、交通、午餐津贴单列，不要打包进基本工资。</w:t>
            </w:r>
          </w:p>
          <w:p>
            <w:pPr>
              <w:spacing w:after="40"/>
            </w:pPr>
            <w:r>
              <w:rPr>
                <w:rFonts w:ascii="Arial" w:hAnsi="Arial" w:eastAsia="Microsoft YaHei"/>
                <w:b w:val="0"/>
                <w:i w:val="0"/>
                <w:color w:val="1A1A1A"/>
                <w:sz w:val="17"/>
              </w:rPr>
              <w:t>• 试用期最长 3 个月，可延长一次；到期前书面确认，否则自动转正。</w:t>
            </w:r>
          </w:p>
          <w:p>
            <w:pPr>
              <w:spacing w:after="40"/>
            </w:pPr>
            <w:r>
              <w:rPr>
                <w:rFonts w:ascii="Arial" w:hAnsi="Arial" w:eastAsia="Microsoft YaHei"/>
                <w:b w:val="0"/>
                <w:i w:val="0"/>
                <w:color w:val="1A1A1A"/>
                <w:sz w:val="17"/>
              </w:rPr>
              <w:t>• 外国人保留工作许可条件；许可未批不要安排上岗。</w:t>
            </w:r>
          </w:p>
          <w:p>
            <w:pPr>
              <w:spacing w:after="40"/>
            </w:pPr>
            <w:r>
              <w:rPr>
                <w:rFonts w:ascii="Arial" w:hAnsi="Arial" w:eastAsia="Microsoft YaHei"/>
                <w:b w:val="0"/>
                <w:i w:val="0"/>
                <w:color w:val="1A1A1A"/>
                <w:sz w:val="17"/>
              </w:rPr>
              <w:t>• 正式发送前删除本页、页眉页脚和未使用条款，换成公司抬头纸。</w:t>
            </w:r>
          </w:p>
        </w:tc>
      </w:tr>
    </w:tbl>
    <w:p>
      <w:r>
        <w:br w:type="page"/>
      </w:r>
    </w:p>
    <w:p>
      <w:pPr>
        <w:spacing w:before="0" w:after="100"/>
      </w:pPr>
      <w:r>
        <w:rPr>
          <w:rFonts w:ascii="Arial" w:hAnsi="Arial" w:eastAsia="Microsoft YaHei"/>
          <w:b w:val="0"/>
          <w:i w:val="0"/>
          <w:color w:val="1A1A1A"/>
          <w:sz w:val="19"/>
        </w:rPr>
        <w:t>[Company Letterhead]</w:t>
      </w:r>
    </w:p>
    <w:p>
      <w:pPr>
        <w:spacing w:before="0" w:after="100"/>
      </w:pPr>
      <w:r>
        <w:rPr>
          <w:rFonts w:ascii="Arial" w:hAnsi="Arial" w:eastAsia="Microsoft YaHei"/>
          <w:b w:val="0"/>
          <w:i w:val="0"/>
          <w:color w:val="1A1A1A"/>
          <w:sz w:val="19"/>
        </w:rPr>
        <w:t>Date: [DD Month YYYY]</w:t>
      </w:r>
    </w:p>
    <w:p>
      <w:pPr>
        <w:spacing w:before="0" w:after="100"/>
      </w:pPr>
      <w:r>
        <w:rPr>
          <w:rFonts w:ascii="Arial" w:hAnsi="Arial" w:eastAsia="Microsoft YaHei"/>
          <w:b w:val="0"/>
          <w:i w:val="0"/>
          <w:color w:val="1A1A1A"/>
          <w:sz w:val="19"/>
        </w:rPr>
        <w:t>Private &amp; Confidential</w:t>
      </w:r>
    </w:p>
    <w:p>
      <w:pPr>
        <w:spacing w:before="0" w:after="100"/>
      </w:pPr>
      <w:r>
        <w:rPr>
          <w:rFonts w:ascii="Arial" w:hAnsi="Arial" w:eastAsia="Microsoft YaHei"/>
          <w:b w:val="0"/>
          <w:i w:val="0"/>
          <w:color w:val="1A1A1A"/>
          <w:sz w:val="19"/>
        </w:rPr>
        <w:t>[Mr/Ms Candidate Name]</w:t>
      </w:r>
    </w:p>
    <w:p>
      <w:pPr>
        <w:spacing w:before="0" w:after="100"/>
      </w:pPr>
      <w:r>
        <w:rPr>
          <w:rFonts w:ascii="Arial" w:hAnsi="Arial" w:eastAsia="Microsoft YaHei"/>
          <w:b w:val="0"/>
          <w:i w:val="0"/>
          <w:color w:val="1A1A1A"/>
          <w:sz w:val="19"/>
        </w:rPr>
        <w:t>[Address]</w:t>
      </w:r>
    </w:p>
    <w:p>
      <w:pPr>
        <w:spacing w:before="0" w:after="100"/>
      </w:pPr>
      <w:r>
        <w:rPr>
          <w:rFonts w:ascii="Arial" w:hAnsi="Arial" w:eastAsia="Microsoft YaHei"/>
          <w:b w:val="0"/>
          <w:i w:val="0"/>
          <w:color w:val="1A1A1A"/>
          <w:sz w:val="19"/>
        </w:rPr>
        <w:t>[City, Zambia]</w:t>
      </w:r>
    </w:p>
    <w:p>
      <w:pPr>
        <w:spacing w:before="0" w:after="200"/>
      </w:pPr>
      <w:r>
        <w:rPr>
          <w:rFonts w:ascii="Arial" w:hAnsi="Arial" w:eastAsia="Microsoft YaHei"/>
          <w:b w:val="0"/>
          <w:i w:val="0"/>
          <w:color w:val="1A1A1A"/>
          <w:sz w:val="19"/>
        </w:rPr>
        <w:t>Dear [Mr/Ms Surname],</w:t>
      </w:r>
    </w:p>
    <w:p>
      <w:pPr>
        <w:spacing w:before="0" w:after="160"/>
      </w:pPr>
      <w:r>
        <w:rPr>
          <w:rFonts w:ascii="Arial" w:hAnsi="Arial" w:eastAsia="Microsoft YaHei"/>
          <w:b/>
          <w:i w:val="0"/>
          <w:color w:val="1A1A1A"/>
          <w:sz w:val="19"/>
        </w:rPr>
        <w:t>Re: Offer of Employment – [Job Title]</w:t>
      </w:r>
    </w:p>
    <w:p>
      <w:pPr>
        <w:spacing w:before="0" w:after="120"/>
      </w:pPr>
      <w:r>
        <w:rPr>
          <w:rFonts w:ascii="Arial" w:hAnsi="Arial" w:eastAsia="Microsoft YaHei"/>
          <w:b w:val="0"/>
          <w:i w:val="0"/>
          <w:color w:val="1A1A1A"/>
          <w:sz w:val="19"/>
        </w:rPr>
        <w:t>We are pleased to offer you the position of [Job Title] at [Company Name] ("the Company"), subject to the terms below and the attached contract of employment.</w:t>
      </w:r>
    </w:p>
    <w:p>
      <w:pPr>
        <w:keepNext/>
        <w:spacing w:before="160" w:after="80"/>
        <w:pBdr>
          <w:bottom w:val="single" w:sz="6" w:space="2" w:color="D8E2DA"/>
        </w:pBdr>
      </w:pPr>
      <w:r>
        <w:rPr>
          <w:rFonts w:ascii="Arial" w:hAnsi="Arial" w:eastAsia="Microsoft YaHei"/>
          <w:b/>
          <w:i w:val="0"/>
          <w:color w:val="143D29"/>
          <w:sz w:val="23"/>
        </w:rPr>
        <w:t>1. Position and reporting</w:t>
      </w:r>
    </w:p>
    <w:p>
      <w:pPr>
        <w:spacing w:before="0" w:after="100"/>
      </w:pPr>
      <w:r>
        <w:rPr>
          <w:rFonts w:ascii="Arial" w:hAnsi="Arial" w:eastAsia="Microsoft YaHei"/>
          <w:b w:val="0"/>
          <w:i w:val="0"/>
          <w:color w:val="1A1A1A"/>
          <w:sz w:val="19"/>
        </w:rPr>
        <w:t>You will be employed as [Job Title], reporting to [Manager/Title], based at [Location]. Your main duties are set out in the attached job description. The Company may reasonably vary your duties and location in accordance with operational needs.</w:t>
      </w:r>
    </w:p>
    <w:p>
      <w:pPr>
        <w:keepNext/>
        <w:spacing w:before="160" w:after="80"/>
        <w:pBdr>
          <w:bottom w:val="single" w:sz="6" w:space="2" w:color="D8E2DA"/>
        </w:pBdr>
      </w:pPr>
      <w:r>
        <w:rPr>
          <w:rFonts w:ascii="Arial" w:hAnsi="Arial" w:eastAsia="Microsoft YaHei"/>
          <w:b/>
          <w:i w:val="0"/>
          <w:color w:val="143D29"/>
          <w:sz w:val="23"/>
        </w:rPr>
        <w:t>2. Contract type and duration</w:t>
      </w:r>
    </w:p>
    <w:p>
      <w:pPr>
        <w:spacing w:before="0" w:after="100"/>
      </w:pPr>
      <w:r>
        <w:rPr>
          <w:rFonts w:ascii="Arial" w:hAnsi="Arial" w:eastAsia="Microsoft YaHei"/>
          <w:b w:val="0"/>
          <w:i w:val="0"/>
          <w:color w:val="1A1A1A"/>
          <w:sz w:val="19"/>
        </w:rPr>
        <w:t>This is a [permanent / fixed-term / specific-task] contract commencing on [date] and ending on [date, if applicable]. [For fixed-term: renewal is subject to operational needs and written agreement; there is no automatic renewal.]</w:t>
      </w:r>
    </w:p>
    <w:p>
      <w:pPr>
        <w:keepNext/>
        <w:spacing w:before="160" w:after="80"/>
        <w:pBdr>
          <w:bottom w:val="single" w:sz="6" w:space="2" w:color="D8E2DA"/>
        </w:pBdr>
      </w:pPr>
      <w:r>
        <w:rPr>
          <w:rFonts w:ascii="Arial" w:hAnsi="Arial" w:eastAsia="Microsoft YaHei"/>
          <w:b/>
          <w:i w:val="0"/>
          <w:color w:val="143D29"/>
          <w:sz w:val="23"/>
        </w:rPr>
        <w:t>3. Probation</w:t>
      </w:r>
    </w:p>
    <w:p>
      <w:pPr>
        <w:spacing w:before="0" w:after="100"/>
      </w:pPr>
      <w:r>
        <w:rPr>
          <w:rFonts w:ascii="Arial" w:hAnsi="Arial" w:eastAsia="Microsoft YaHei"/>
          <w:b w:val="0"/>
          <w:i w:val="0"/>
          <w:color w:val="1A1A1A"/>
          <w:sz w:val="19"/>
        </w:rPr>
        <w:t>You will serve a probation period of [three] months from your start date. The Company may extend probation once for a further period not exceeding three months. During probation, either party may terminate the contract by giving 24 hours' notice. Confirmation of employment will be in writing before the expiry of probation; if no written confirmation is issued, you will be deemed confirmed in accordance with section 27(4) of the Employment Code Act No. 3 of 2019.</w:t>
      </w:r>
    </w:p>
    <w:p>
      <w:pPr>
        <w:keepNext/>
        <w:spacing w:before="160" w:after="80"/>
        <w:pBdr>
          <w:bottom w:val="single" w:sz="6" w:space="2" w:color="D8E2DA"/>
        </w:pBdr>
      </w:pPr>
      <w:r>
        <w:rPr>
          <w:rFonts w:ascii="Arial" w:hAnsi="Arial" w:eastAsia="Microsoft YaHei"/>
          <w:b/>
          <w:i w:val="0"/>
          <w:color w:val="143D29"/>
          <w:sz w:val="23"/>
        </w:rPr>
        <w:t>4. Salary and allowances</w:t>
      </w:r>
    </w:p>
    <w:p>
      <w:pPr>
        <w:spacing w:before="0" w:after="100"/>
      </w:pPr>
      <w:r>
        <w:rPr>
          <w:rFonts w:ascii="Arial" w:hAnsi="Arial" w:eastAsia="Microsoft YaHei"/>
          <w:b w:val="0"/>
          <w:i w:val="0"/>
          <w:color w:val="1A1A1A"/>
          <w:sz w:val="19"/>
        </w:rPr>
        <w:t>Your monthly salary will be:</w:t>
      </w:r>
    </w:p>
    <w:tbl>
      <w:tblPr>
        <w:tblStyle w:val="TableGrid"/>
        <w:tblW w:w="9694" w:type="dxa"/>
        <w:jc w:val="center"/>
        <w:tblLayout w:type="fixed"/>
        <w:tblLook w:firstColumn="1" w:firstRow="1" w:lastColumn="0" w:lastRow="0" w:noHBand="0" w:noVBand="1" w:val="04A0"/>
      </w:tblPr>
      <w:tblGrid>
        <w:gridCol w:w="2835"/>
        <w:gridCol w:w="6860"/>
      </w:tblGrid>
      <w:tr>
        <w:tc>
          <w:tcPr>
            <w:tcW w:type="dxa" w:w="2835"/>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Basic salary</w:t>
            </w:r>
          </w:p>
        </w:tc>
        <w:tc>
          <w:tcPr>
            <w:tcW w:type="dxa" w:w="6860"/>
            <w:tcMar>
              <w:top w:w="80" w:type="dxa"/>
              <w:bottom w:w="80" w:type="dxa"/>
              <w:start w:w="110" w:type="dxa"/>
              <w:end w:w="110" w:type="dxa"/>
            </w:tcMar>
          </w:tcPr>
          <w:p>
            <w:pPr>
              <w:spacing w:after="0"/>
            </w:pPr>
            <w:r>
              <w:rPr>
                <w:rFonts w:ascii="Arial" w:hAnsi="Arial" w:eastAsia="Microsoft YaHei"/>
                <w:b w:val="0"/>
                <w:i w:val="0"/>
                <w:color w:val="1A1A1A"/>
                <w:sz w:val="18"/>
              </w:rPr>
              <w:t>ZMW [amount] per month</w:t>
            </w:r>
          </w:p>
        </w:tc>
      </w:tr>
      <w:tr>
        <w:tc>
          <w:tcPr>
            <w:tcW w:type="dxa" w:w="2835"/>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Housing allowance</w:t>
            </w:r>
          </w:p>
        </w:tc>
        <w:tc>
          <w:tcPr>
            <w:tcW w:type="dxa" w:w="6860"/>
            <w:tcMar>
              <w:top w:w="80" w:type="dxa"/>
              <w:bottom w:w="80" w:type="dxa"/>
              <w:start w:w="110" w:type="dxa"/>
              <w:end w:w="110" w:type="dxa"/>
            </w:tcMar>
          </w:tcPr>
          <w:p>
            <w:pPr>
              <w:spacing w:after="0"/>
            </w:pPr>
            <w:r>
              <w:rPr>
                <w:rFonts w:ascii="Arial" w:hAnsi="Arial" w:eastAsia="Microsoft YaHei"/>
                <w:b w:val="0"/>
                <w:i w:val="0"/>
                <w:color w:val="1A1A1A"/>
                <w:sz w:val="18"/>
              </w:rPr>
              <w:t>ZMW [amount] per month / provided accommodation</w:t>
            </w:r>
          </w:p>
        </w:tc>
      </w:tr>
      <w:tr>
        <w:tc>
          <w:tcPr>
            <w:tcW w:type="dxa" w:w="2835"/>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Transport allowance</w:t>
            </w:r>
          </w:p>
        </w:tc>
        <w:tc>
          <w:tcPr>
            <w:tcW w:type="dxa" w:w="6860"/>
            <w:tcMar>
              <w:top w:w="80" w:type="dxa"/>
              <w:bottom w:w="80" w:type="dxa"/>
              <w:start w:w="110" w:type="dxa"/>
              <w:end w:w="110" w:type="dxa"/>
            </w:tcMar>
          </w:tcPr>
          <w:p>
            <w:pPr>
              <w:spacing w:after="0"/>
            </w:pPr>
            <w:r>
              <w:rPr>
                <w:rFonts w:ascii="Arial" w:hAnsi="Arial" w:eastAsia="Microsoft YaHei"/>
                <w:b w:val="0"/>
                <w:i w:val="0"/>
                <w:color w:val="1A1A1A"/>
                <w:sz w:val="18"/>
              </w:rPr>
              <w:t>ZMW [amount] per month / company transport</w:t>
            </w:r>
          </w:p>
        </w:tc>
      </w:tr>
      <w:tr>
        <w:tc>
          <w:tcPr>
            <w:tcW w:type="dxa" w:w="2835"/>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Lunch allowance</w:t>
            </w:r>
          </w:p>
        </w:tc>
        <w:tc>
          <w:tcPr>
            <w:tcW w:type="dxa" w:w="6860"/>
            <w:tcMar>
              <w:top w:w="80" w:type="dxa"/>
              <w:bottom w:w="80" w:type="dxa"/>
              <w:start w:w="110" w:type="dxa"/>
              <w:end w:w="110" w:type="dxa"/>
            </w:tcMar>
          </w:tcPr>
          <w:p>
            <w:pPr>
              <w:spacing w:after="0"/>
            </w:pPr>
            <w:r>
              <w:rPr>
                <w:rFonts w:ascii="Arial" w:hAnsi="Arial" w:eastAsia="Microsoft YaHei"/>
                <w:b w:val="0"/>
                <w:i w:val="0"/>
                <w:color w:val="1A1A1A"/>
                <w:sz w:val="18"/>
              </w:rPr>
              <w:t>ZMW [amount] per month / meals provided</w:t>
            </w:r>
          </w:p>
        </w:tc>
      </w:tr>
      <w:tr>
        <w:tc>
          <w:tcPr>
            <w:tcW w:type="dxa" w:w="2835"/>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Gross monthly salary</w:t>
            </w:r>
          </w:p>
        </w:tc>
        <w:tc>
          <w:tcPr>
            <w:tcW w:type="dxa" w:w="6860"/>
            <w:tcMar>
              <w:top w:w="80" w:type="dxa"/>
              <w:bottom w:w="80" w:type="dxa"/>
              <w:start w:w="110" w:type="dxa"/>
              <w:end w:w="110" w:type="dxa"/>
            </w:tcMar>
          </w:tcPr>
          <w:p>
            <w:pPr>
              <w:spacing w:after="0"/>
            </w:pPr>
            <w:r>
              <w:rPr>
                <w:rFonts w:ascii="Arial" w:hAnsi="Arial" w:eastAsia="Microsoft YaHei"/>
                <w:b w:val="0"/>
                <w:i w:val="0"/>
                <w:color w:val="1A1A1A"/>
                <w:sz w:val="18"/>
              </w:rPr>
              <w:t>ZMW [amount]</w:t>
            </w:r>
          </w:p>
        </w:tc>
      </w:tr>
    </w:tbl>
    <w:p>
      <w:pPr>
        <w:spacing w:before="0" w:after="160"/>
      </w:pPr>
      <w:r>
        <w:rPr>
          <w:rFonts w:ascii="Arial" w:hAnsi="Arial" w:eastAsia="Microsoft YaHei"/>
          <w:b w:val="0"/>
          <w:i w:val="0"/>
          <w:color w:val="1A1A1A"/>
          <w:sz w:val="19"/>
        </w:rPr>
        <w:t>Salary will be paid monthly in Zambian Kwacha by [bank transfer/mobile money] on or before [date] of each month, subject to statutory deductions. The Company may review salaries periodically; a review does not guarantee an increase. Any bonus is discretionary under the Company's policy and is not part of your basic salary unless expressly stated in writing.</w:t>
      </w:r>
    </w:p>
    <w:p>
      <w:pPr>
        <w:keepNext/>
        <w:spacing w:before="160" w:after="80"/>
        <w:pBdr>
          <w:bottom w:val="single" w:sz="6" w:space="2" w:color="D8E2DA"/>
        </w:pBdr>
      </w:pPr>
      <w:r>
        <w:rPr>
          <w:rFonts w:ascii="Arial" w:hAnsi="Arial" w:eastAsia="Microsoft YaHei"/>
          <w:b/>
          <w:i w:val="0"/>
          <w:color w:val="143D29"/>
          <w:sz w:val="23"/>
        </w:rPr>
        <w:t>5. Statutory deductions and social security</w:t>
      </w:r>
    </w:p>
    <w:p>
      <w:pPr>
        <w:spacing w:before="0" w:after="100"/>
      </w:pPr>
      <w:r>
        <w:rPr>
          <w:rFonts w:ascii="Arial" w:hAnsi="Arial" w:eastAsia="Microsoft YaHei"/>
          <w:b w:val="0"/>
          <w:i w:val="0"/>
          <w:color w:val="1A1A1A"/>
          <w:sz w:val="19"/>
        </w:rPr>
        <w:t>The Company will register you with NAPSA and NHIMA in accordance with the law and will deduct employee contributions and PAYE in accordance with the law. The Company will pay its employer contributions. No other deductions will be made without your written consent or a lawful basis.</w:t>
      </w:r>
    </w:p>
    <w:p>
      <w:pPr>
        <w:keepNext/>
        <w:spacing w:before="160" w:after="80"/>
        <w:pBdr>
          <w:bottom w:val="single" w:sz="6" w:space="2" w:color="D8E2DA"/>
        </w:pBdr>
      </w:pPr>
      <w:r>
        <w:rPr>
          <w:rFonts w:ascii="Arial" w:hAnsi="Arial" w:eastAsia="Microsoft YaHei"/>
          <w:b/>
          <w:i w:val="0"/>
          <w:color w:val="143D29"/>
          <w:sz w:val="23"/>
        </w:rPr>
        <w:t>6. Hours of work, overtime and rest days</w:t>
      </w:r>
    </w:p>
    <w:p>
      <w:pPr>
        <w:spacing w:before="0" w:after="100"/>
      </w:pPr>
      <w:r>
        <w:rPr>
          <w:rFonts w:ascii="Arial" w:hAnsi="Arial" w:eastAsia="Microsoft YaHei"/>
          <w:b w:val="0"/>
          <w:i w:val="0"/>
          <w:color w:val="1A1A1A"/>
          <w:sz w:val="19"/>
        </w:rPr>
        <w:t>Your normal hours of work will be [48] hours per week, [days/times]. Overtime will be paid at [1.5] times your normal hourly rate, unless a higher rate applies under the law or a collective agreement. You will be entitled to at least one rest day per week and public holidays in accordance with the law.</w:t>
      </w:r>
    </w:p>
    <w:p>
      <w:pPr>
        <w:keepNext/>
        <w:spacing w:before="160" w:after="80"/>
        <w:pBdr>
          <w:bottom w:val="single" w:sz="6" w:space="2" w:color="D8E2DA"/>
        </w:pBdr>
      </w:pPr>
      <w:r>
        <w:rPr>
          <w:rFonts w:ascii="Arial" w:hAnsi="Arial" w:eastAsia="Microsoft YaHei"/>
          <w:b/>
          <w:i w:val="0"/>
          <w:color w:val="143D29"/>
          <w:sz w:val="23"/>
        </w:rPr>
        <w:t>7. Leave</w:t>
      </w:r>
    </w:p>
    <w:p>
      <w:pPr>
        <w:spacing w:before="0" w:after="100"/>
      </w:pPr>
      <w:r>
        <w:rPr>
          <w:rFonts w:ascii="Arial" w:hAnsi="Arial" w:eastAsia="Microsoft YaHei"/>
          <w:b w:val="0"/>
          <w:i w:val="0"/>
          <w:color w:val="1A1A1A"/>
          <w:sz w:val="19"/>
        </w:rPr>
        <w:t>You will be entitled to annual leave, sick leave, maternity/paternity leave and family responsibility leave in accordance with the Employment Code Act No. 3 of 2019 and the Company's leave policy. [Add any enhanced benefits.]</w:t>
      </w:r>
    </w:p>
    <w:p>
      <w:pPr>
        <w:keepNext/>
        <w:spacing w:before="160" w:after="80"/>
        <w:pBdr>
          <w:bottom w:val="single" w:sz="6" w:space="2" w:color="D8E2DA"/>
        </w:pBdr>
      </w:pPr>
      <w:r>
        <w:rPr>
          <w:rFonts w:ascii="Arial" w:hAnsi="Arial" w:eastAsia="Microsoft YaHei"/>
          <w:b/>
          <w:i w:val="0"/>
          <w:color w:val="143D29"/>
          <w:sz w:val="23"/>
        </w:rPr>
        <w:t>8. Conditions</w:t>
      </w:r>
    </w:p>
    <w:p>
      <w:pPr>
        <w:spacing w:before="0" w:after="100"/>
      </w:pPr>
      <w:r>
        <w:rPr>
          <w:rFonts w:ascii="Arial" w:hAnsi="Arial" w:eastAsia="Microsoft YaHei"/>
          <w:b w:val="0"/>
          <w:i w:val="0"/>
          <w:color w:val="1A1A1A"/>
          <w:sz w:val="19"/>
        </w:rPr>
        <w:t>This offer is conditional on:</w:t>
      </w:r>
    </w:p>
    <w:p>
      <w:pPr>
        <w:pStyle w:val="ListBullet"/>
        <w:spacing w:after="40"/>
        <w:ind w:left="340"/>
      </w:pPr>
      <w:r>
        <w:rPr>
          <w:rFonts w:ascii="Arial" w:hAnsi="Arial" w:eastAsia="Microsoft YaHei"/>
          <w:b w:val="0"/>
          <w:i w:val="0"/>
          <w:color w:val="1A1A1A"/>
          <w:sz w:val="19"/>
        </w:rPr>
        <w:t>proof of your right to work in Zambia (NRC or valid employment permit);</w:t>
      </w:r>
    </w:p>
    <w:p>
      <w:pPr>
        <w:pStyle w:val="ListBullet"/>
        <w:spacing w:after="40"/>
        <w:ind w:left="340"/>
      </w:pPr>
      <w:r>
        <w:rPr>
          <w:rFonts w:ascii="Arial" w:hAnsi="Arial" w:eastAsia="Microsoft YaHei"/>
          <w:b w:val="0"/>
          <w:i w:val="0"/>
          <w:color w:val="1A1A1A"/>
          <w:sz w:val="19"/>
        </w:rPr>
        <w:t>satisfactory references;</w:t>
      </w:r>
    </w:p>
    <w:p>
      <w:pPr>
        <w:pStyle w:val="ListBullet"/>
        <w:spacing w:after="40"/>
        <w:ind w:left="340"/>
      </w:pPr>
      <w:r>
        <w:rPr>
          <w:rFonts w:ascii="Arial" w:hAnsi="Arial" w:eastAsia="Microsoft YaHei"/>
          <w:b w:val="0"/>
          <w:i w:val="0"/>
          <w:color w:val="1A1A1A"/>
          <w:sz w:val="19"/>
        </w:rPr>
        <w:t>verification of your qualifications;</w:t>
      </w:r>
    </w:p>
    <w:p>
      <w:pPr>
        <w:pStyle w:val="ListBullet"/>
        <w:spacing w:after="40"/>
        <w:ind w:left="340"/>
      </w:pPr>
      <w:r>
        <w:rPr>
          <w:rFonts w:ascii="Arial" w:hAnsi="Arial" w:eastAsia="Microsoft YaHei"/>
          <w:b w:val="0"/>
          <w:i w:val="0"/>
          <w:color w:val="1A1A1A"/>
          <w:sz w:val="19"/>
        </w:rPr>
        <w:t>a satisfactory medical examination [where required and lawful];</w:t>
      </w:r>
    </w:p>
    <w:p>
      <w:pPr>
        <w:pStyle w:val="ListBullet"/>
        <w:spacing w:after="40"/>
        <w:ind w:left="340"/>
      </w:pPr>
      <w:r>
        <w:rPr>
          <w:rFonts w:ascii="Arial" w:hAnsi="Arial" w:eastAsia="Microsoft YaHei"/>
          <w:b w:val="0"/>
          <w:i w:val="0"/>
          <w:color w:val="1A1A1A"/>
          <w:sz w:val="19"/>
        </w:rPr>
        <w:t>[police clearance, where required].</w:t>
      </w:r>
    </w:p>
    <w:p>
      <w:pPr>
        <w:spacing w:before="0" w:after="100"/>
      </w:pPr>
      <w:r>
        <w:rPr>
          <w:rFonts w:ascii="Arial" w:hAnsi="Arial" w:eastAsia="Microsoft YaHei"/>
          <w:b w:val="0"/>
          <w:i w:val="0"/>
          <w:color w:val="1A1A1A"/>
          <w:sz w:val="19"/>
        </w:rPr>
        <w:t>If any condition is not satisfied, the Company may withdraw this offer in writing.</w:t>
      </w:r>
    </w:p>
    <w:p>
      <w:pPr>
        <w:spacing w:before="0" w:after="120"/>
      </w:pPr>
      <w:r>
        <w:rPr>
          <w:rFonts w:ascii="Arial" w:hAnsi="Arial" w:eastAsia="Microsoft YaHei"/>
          <w:b w:val="0"/>
          <w:i/>
          <w:color w:val="1A1A1A"/>
          <w:sz w:val="19"/>
        </w:rPr>
        <w:t>[For foreign nationals: This offer is conditional on you obtaining and maintaining a valid employment permit. If the permit is refused, expires or is revoked, this offer and any employment shall lapse.]</w:t>
      </w:r>
    </w:p>
    <w:p>
      <w:pPr>
        <w:keepNext/>
        <w:spacing w:before="160" w:after="80"/>
        <w:pBdr>
          <w:bottom w:val="single" w:sz="6" w:space="2" w:color="D8E2DA"/>
        </w:pBdr>
      </w:pPr>
      <w:r>
        <w:rPr>
          <w:rFonts w:ascii="Arial" w:hAnsi="Arial" w:eastAsia="Microsoft YaHei"/>
          <w:b/>
          <w:i w:val="0"/>
          <w:color w:val="143D29"/>
          <w:sz w:val="23"/>
        </w:rPr>
        <w:t>9. Confidentiality and conduct</w:t>
      </w:r>
    </w:p>
    <w:p>
      <w:pPr>
        <w:spacing w:before="0" w:after="100"/>
      </w:pPr>
      <w:r>
        <w:rPr>
          <w:rFonts w:ascii="Arial" w:hAnsi="Arial" w:eastAsia="Microsoft YaHei"/>
          <w:b w:val="0"/>
          <w:i w:val="0"/>
          <w:color w:val="1A1A1A"/>
          <w:sz w:val="19"/>
        </w:rPr>
        <w:t>You must comply with the Company's code of conduct, keep confidential all confidential information during and after employment, and return all Company property on termination. You may not engage in other employment or business that conflicts with your duties without the Company's prior written consent. All work product created in the course of your employment belongs to the Company.</w:t>
      </w:r>
    </w:p>
    <w:p>
      <w:pPr>
        <w:keepNext/>
        <w:spacing w:before="160" w:after="80"/>
        <w:pBdr>
          <w:bottom w:val="single" w:sz="6" w:space="2" w:color="D8E2DA"/>
        </w:pBdr>
      </w:pPr>
      <w:r>
        <w:rPr>
          <w:rFonts w:ascii="Arial" w:hAnsi="Arial" w:eastAsia="Microsoft YaHei"/>
          <w:b/>
          <w:i w:val="0"/>
          <w:color w:val="143D29"/>
          <w:sz w:val="23"/>
        </w:rPr>
        <w:t>10. Termination</w:t>
      </w:r>
    </w:p>
    <w:p>
      <w:pPr>
        <w:spacing w:before="0" w:after="100"/>
      </w:pPr>
      <w:r>
        <w:rPr>
          <w:rFonts w:ascii="Arial" w:hAnsi="Arial" w:eastAsia="Microsoft YaHei"/>
          <w:b w:val="0"/>
          <w:i w:val="0"/>
          <w:color w:val="1A1A1A"/>
          <w:sz w:val="19"/>
        </w:rPr>
        <w:t>After probation, either party may terminate your employment by giving [30] days' written notice or payment in lieu of notice, in accordance with the Employment Code. The Company may summarily dismiss you for gross misconduct in accordance with section 50 of the Employment Code. On termination, the Company will pay your final salary, accrued leave and any other statutory entitlements, and issue a service certificate.</w:t>
      </w:r>
    </w:p>
    <w:p>
      <w:pPr>
        <w:keepNext/>
        <w:spacing w:before="160" w:after="80"/>
        <w:pBdr>
          <w:bottom w:val="single" w:sz="6" w:space="2" w:color="D8E2DA"/>
        </w:pBdr>
      </w:pPr>
      <w:r>
        <w:rPr>
          <w:rFonts w:ascii="Arial" w:hAnsi="Arial" w:eastAsia="Microsoft YaHei"/>
          <w:b/>
          <w:i w:val="0"/>
          <w:color w:val="143D29"/>
          <w:sz w:val="23"/>
        </w:rPr>
        <w:t>11. Acceptance</w:t>
      </w:r>
    </w:p>
    <w:p>
      <w:pPr>
        <w:spacing w:before="0" w:after="100"/>
      </w:pPr>
      <w:r>
        <w:rPr>
          <w:rFonts w:ascii="Arial" w:hAnsi="Arial" w:eastAsia="Microsoft YaHei"/>
          <w:b w:val="0"/>
          <w:i w:val="0"/>
          <w:color w:val="1A1A1A"/>
          <w:sz w:val="19"/>
        </w:rPr>
        <w:t>Please sign and return the attached duplicate copy of this letter by [date]. This offer will expire if not accepted by that date.</w:t>
      </w:r>
    </w:p>
    <w:p>
      <w:pPr>
        <w:keepNext/>
        <w:spacing w:before="160" w:after="80"/>
        <w:pBdr>
          <w:bottom w:val="single" w:sz="6" w:space="2" w:color="D8E2DA"/>
        </w:pBdr>
      </w:pPr>
      <w:r>
        <w:rPr>
          <w:rFonts w:ascii="Arial" w:hAnsi="Arial" w:eastAsia="Microsoft YaHei"/>
          <w:b/>
          <w:i w:val="0"/>
          <w:color w:val="143D29"/>
          <w:sz w:val="23"/>
        </w:rPr>
        <w:t>12. Entire agreement</w:t>
      </w:r>
    </w:p>
    <w:p>
      <w:pPr>
        <w:spacing w:before="0" w:after="100"/>
      </w:pPr>
      <w:r>
        <w:rPr>
          <w:rFonts w:ascii="Arial" w:hAnsi="Arial" w:eastAsia="Microsoft YaHei"/>
          <w:b w:val="0"/>
          <w:i w:val="0"/>
          <w:color w:val="1A1A1A"/>
          <w:sz w:val="19"/>
        </w:rPr>
        <w:t>This letter and the attached contract of employment set out the terms of your employment. In case of conflict, the contract shall prevail.</w:t>
      </w:r>
    </w:p>
    <w:p>
      <w:pPr>
        <w:spacing w:before="0" w:after="160"/>
      </w:pPr>
      <w:r>
        <w:rPr>
          <w:rFonts w:ascii="Arial" w:hAnsi="Arial" w:eastAsia="Microsoft YaHei"/>
          <w:b w:val="0"/>
          <w:i w:val="0"/>
          <w:color w:val="1A1A1A"/>
          <w:sz w:val="19"/>
        </w:rPr>
        <w:t>We look forward to welcoming you to the Company.</w:t>
      </w:r>
    </w:p>
    <w:p>
      <w:pPr>
        <w:spacing w:before="0" w:after="240"/>
      </w:pPr>
      <w:r>
        <w:rPr>
          <w:rFonts w:ascii="Arial" w:hAnsi="Arial" w:eastAsia="Microsoft YaHei"/>
          <w:b w:val="0"/>
          <w:i w:val="0"/>
          <w:color w:val="1A1A1A"/>
          <w:sz w:val="19"/>
        </w:rPr>
        <w:t>Yours sincerely,</w:t>
      </w:r>
    </w:p>
    <w:p>
      <w:pPr>
        <w:spacing w:before="280"/>
      </w:pPr>
    </w:p>
    <w:tbl>
      <w:tblPr>
        <w:tblW w:w="9637" w:type="dxa"/>
        <w:tblLayout w:type="fixed"/>
        <w:tblLook w:firstColumn="1" w:firstRow="1" w:lastColumn="0" w:lastRow="0" w:noHBand="0" w:noVBand="1" w:val="04A0"/>
      </w:tblPr>
      <w:tblGrid>
        <w:gridCol w:w="4819"/>
        <w:gridCol w:w="4819"/>
      </w:tblGrid>
      <w:tr>
        <w:tc>
          <w:tcPr>
            <w:tcW w:type="dxa" w:w="4819"/>
          </w:tcPr>
          <w:p>
            <w:pPr>
              <w:spacing w:after="200"/>
            </w:pPr>
            <w:r/>
            <w:r>
              <w:rPr>
                <w:rFonts w:ascii="Arial" w:hAnsi="Arial" w:eastAsia="Microsoft YaHei"/>
                <w:b w:val="0"/>
                <w:i w:val="0"/>
                <w:color w:val="1A1A1A"/>
                <w:sz w:val="19"/>
              </w:rPr>
              <w:t>______________________________</w:t>
            </w:r>
          </w:p>
          <w:p>
            <w:pPr>
              <w:spacing w:after="200"/>
            </w:pPr>
            <w:r>
              <w:rPr>
                <w:rFonts w:ascii="Arial" w:hAnsi="Arial" w:eastAsia="Microsoft YaHei"/>
                <w:b w:val="0"/>
                <w:i w:val="0"/>
                <w:color w:val="1A1A1A"/>
                <w:sz w:val="19"/>
              </w:rPr>
              <w:t>[Name]</w:t>
            </w:r>
          </w:p>
          <w:p>
            <w:pPr>
              <w:spacing w:after="200"/>
            </w:pPr>
            <w:r>
              <w:rPr>
                <w:rFonts w:ascii="Arial" w:hAnsi="Arial" w:eastAsia="Microsoft YaHei"/>
                <w:b w:val="0"/>
                <w:i w:val="0"/>
                <w:color w:val="1A1A1A"/>
                <w:sz w:val="19"/>
              </w:rPr>
              <w:t>[Title]</w:t>
            </w:r>
          </w:p>
          <w:p>
            <w:pPr>
              <w:spacing w:after="200"/>
            </w:pPr>
            <w:r>
              <w:rPr>
                <w:rFonts w:ascii="Arial" w:hAnsi="Arial" w:eastAsia="Microsoft YaHei"/>
                <w:b w:val="0"/>
                <w:i w:val="0"/>
                <w:color w:val="1A1A1A"/>
                <w:sz w:val="19"/>
              </w:rPr>
              <w:t>[Company Name]</w:t>
            </w:r>
          </w:p>
          <w:p>
            <w:pPr>
              <w:spacing w:after="200"/>
            </w:pPr>
            <w:r>
              <w:rPr>
                <w:rFonts w:ascii="Arial" w:hAnsi="Arial" w:eastAsia="Microsoft YaHei"/>
                <w:b w:val="0"/>
                <w:i w:val="0"/>
                <w:color w:val="1A1A1A"/>
                <w:sz w:val="19"/>
              </w:rPr>
              <w:t>Date: [ ]</w:t>
            </w:r>
          </w:p>
        </w:tc>
        <w:tc>
          <w:tcPr>
            <w:tcW w:type="dxa" w:w="4819"/>
          </w:tcPr>
          <w:p>
            <w:pPr>
              <w:spacing w:after="200"/>
            </w:pPr>
            <w:r/>
            <w:r>
              <w:rPr>
                <w:rFonts w:ascii="Arial" w:hAnsi="Arial" w:eastAsia="Microsoft YaHei"/>
                <w:b w:val="0"/>
                <w:i w:val="0"/>
                <w:color w:val="1A1A1A"/>
                <w:sz w:val="19"/>
              </w:rPr>
              <w:t>Accepted by:</w:t>
            </w:r>
          </w:p>
          <w:p>
            <w:pPr>
              <w:spacing w:after="200"/>
            </w:pPr>
            <w:r>
              <w:rPr>
                <w:rFonts w:ascii="Arial" w:hAnsi="Arial" w:eastAsia="Microsoft YaHei"/>
                <w:b w:val="0"/>
                <w:i w:val="0"/>
                <w:color w:val="1A1A1A"/>
                <w:sz w:val="19"/>
              </w:rPr>
              <w:t>Signature: ______________________</w:t>
            </w:r>
          </w:p>
          <w:p>
            <w:pPr>
              <w:spacing w:after="200"/>
            </w:pPr>
            <w:r>
              <w:rPr>
                <w:rFonts w:ascii="Arial" w:hAnsi="Arial" w:eastAsia="Microsoft YaHei"/>
                <w:b w:val="0"/>
                <w:i w:val="0"/>
                <w:color w:val="1A1A1A"/>
                <w:sz w:val="19"/>
              </w:rPr>
              <w:t>Name: __________________________</w:t>
            </w:r>
          </w:p>
          <w:p>
            <w:pPr>
              <w:spacing w:after="200"/>
            </w:pPr>
            <w:r>
              <w:rPr>
                <w:rFonts w:ascii="Arial" w:hAnsi="Arial" w:eastAsia="Microsoft YaHei"/>
                <w:b w:val="0"/>
                <w:i w:val="0"/>
                <w:color w:val="1A1A1A"/>
                <w:sz w:val="19"/>
              </w:rPr>
              <w:t>Date: __________________________</w:t>
            </w:r>
          </w:p>
        </w:tc>
      </w:tr>
    </w:tbl>
    <w:sectPr w:rsidR="00FC693F" w:rsidRPr="0006063C" w:rsidSect="00034616">
      <w:headerReference w:type="default" r:id="rId9"/>
      <w:footerReference w:type="default" r:id="rId10"/>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Microsoft YaHei"/>
        <w:b w:val="0"/>
        <w:i w:val="0"/>
        <w:color w:val="555F66"/>
        <w:sz w:val="15"/>
      </w:rPr>
      <w:t>www.zamchi.com · Review with a Zambian employment lawyer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Microsoft YaHei"/>
        <w:b w:val="0"/>
        <w:i w:val="0"/>
        <w:color w:val="555F66"/>
        <w:sz w:val="15"/>
      </w:rPr>
      <w:t>ZAMCHI TEMPLATE · OFFER LETTER · NOT LEGAL ADVICE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Microsoft YaHei"/>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