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eastAsia="Microsoft YaHei"/>
          <w:b/>
          <w:i w:val="0"/>
          <w:color w:val="143D29"/>
          <w:sz w:val="34"/>
        </w:rPr>
        <w:t>机动车驾驶证证明（样本）</w:t>
      </w:r>
    </w:p>
    <w:p>
      <w:pPr>
        <w:spacing w:after="160"/>
      </w:pPr>
      <w:r>
        <w:rPr>
          <w:rFonts w:ascii="Arial" w:hAnsi="Arial" w:eastAsia="Microsoft YaHei"/>
          <w:b/>
          <w:i w:val="0"/>
          <w:color w:val="9A5B12"/>
          <w:sz w:val="19"/>
        </w:rPr>
        <w:t>CERTIFICATE OF DRIVING LICENCE (SAMPLE)</w:t>
      </w:r>
    </w:p>
    <w:p>
      <w:pPr>
        <w:spacing w:after="200"/>
      </w:pPr>
      <w:r>
        <w:rPr>
          <w:rFonts w:ascii="Arial" w:hAnsi="Arial" w:eastAsia="Microsoft YaHei"/>
          <w:b w:val="0"/>
          <w:i/>
          <w:color w:val="555F66"/>
          <w:sz w:val="17"/>
        </w:rPr>
        <w:t>本文件只是格式样本，不是车管所正式证明；正式证明须由驾照核发地车辆管理所出具并盖章。请勿自行填写、复制或伪造公章。</w:t>
      </w:r>
    </w:p>
    <w:tbl>
      <w:tblPr>
        <w:tblStyle w:val="TableGrid"/>
        <w:tblW w:type="auto" w:w="0"/>
        <w:tblLook w:firstColumn="1" w:firstRow="1" w:lastColumn="0" w:lastRow="0" w:noHBand="0" w:noVBand="1" w:val="04A0"/>
      </w:tblPr>
      <w:tblGrid>
        <w:gridCol w:w="9972"/>
      </w:tblGrid>
      <w:tr>
        <w:tc>
          <w:tcPr>
            <w:tcW w:type="dxa" w:w="9972"/>
            <w:shd w:val="clear" w:color="auto" w:fill="FDECEA"/>
            <w:tcMar>
              <w:top w:w="120" w:type="dxa"/>
              <w:bottom w:w="120" w:type="dxa"/>
              <w:start w:w="150" w:type="dxa"/>
              <w:end w:w="150" w:type="dxa"/>
            </w:tcMar>
          </w:tcPr>
          <w:p>
            <w:pPr>
              <w:spacing w:after="40"/>
            </w:pPr>
            <w:r>
              <w:rPr>
                <w:rFonts w:ascii="Arial" w:hAnsi="Arial" w:eastAsia="Microsoft YaHei"/>
                <w:b/>
                <w:i w:val="0"/>
                <w:color w:val="B01C1C"/>
                <w:sz w:val="22"/>
              </w:rPr>
              <w:t>SAMPLE — NOT AN OFFICIAL DOCUMENT</w:t>
            </w:r>
          </w:p>
          <w:p>
            <w:r>
              <w:rPr>
                <w:rFonts w:ascii="Arial" w:hAnsi="Arial" w:eastAsia="Microsoft YaHei"/>
                <w:b w:val="0"/>
                <w:i w:val="0"/>
                <w:color w:val="B01C1C"/>
                <w:sz w:val="17"/>
              </w:rPr>
              <w:t>This template is for RTSA to confirm the acceptable format. The actual certificate must be issued and sealed by the vehicle management office that issued the licence. Do not fill, copy or forge an official seal.</w:t>
            </w:r>
          </w:p>
          <w:p>
            <w:r>
              <w:rPr>
                <w:rFonts w:ascii="Arial" w:hAnsi="Arial" w:eastAsia="Microsoft YaHei"/>
                <w:b w:val="0"/>
                <w:i w:val="0"/>
                <w:color w:val="B01C1C"/>
                <w:sz w:val="17"/>
              </w:rPr>
              <w:t>本样本仅供 RTSA 确认格式；正式证明须由核发地车管所出具并盖章。</w:t>
            </w:r>
          </w:p>
        </w:tc>
      </w:tr>
    </w:tbl>
    <w:p>
      <w:pPr>
        <w:keepNext/>
        <w:spacing w:before="200" w:after="80"/>
        <w:pBdr>
          <w:bottom w:val="single" w:sz="6" w:space="2" w:color="D8E2DA"/>
        </w:pBdr>
      </w:pPr>
      <w:r>
        <w:rPr>
          <w:rFonts w:ascii="Arial" w:hAnsi="Arial" w:eastAsia="Microsoft YaHei"/>
          <w:b/>
          <w:i w:val="0"/>
          <w:color w:val="143D29"/>
          <w:sz w:val="23"/>
        </w:rPr>
        <w:t>一、中文证明样本 Chinese sample</w:t>
      </w:r>
    </w:p>
    <w:p>
      <w:pPr>
        <w:spacing w:before="0" w:after="100"/>
      </w:pPr>
      <w:r>
        <w:rPr>
          <w:rFonts w:ascii="Arial" w:hAnsi="Arial" w:eastAsia="Microsoft YaHei"/>
          <w:b w:val="0"/>
          <w:i w:val="0"/>
          <w:color w:val="1A1A1A"/>
          <w:sz w:val="20"/>
        </w:rPr>
        <w:t>证明编号：［ ］</w:t>
      </w:r>
    </w:p>
    <w:p>
      <w:pPr>
        <w:spacing w:before="0" w:after="100"/>
      </w:pPr>
      <w:r>
        <w:rPr>
          <w:rFonts w:ascii="Arial" w:hAnsi="Arial" w:eastAsia="Microsoft YaHei"/>
          <w:b w:val="0"/>
          <w:i w:val="0"/>
          <w:color w:val="1A1A1A"/>
          <w:sz w:val="20"/>
        </w:rPr>
        <w:t>致：赞比亚道路运输与安全局（Road Transport and Safety Agency, RTSA）</w:t>
      </w:r>
    </w:p>
    <w:p>
      <w:pPr>
        <w:spacing w:before="0" w:after="100"/>
      </w:pPr>
      <w:r>
        <w:rPr>
          <w:rFonts w:ascii="Arial" w:hAnsi="Arial" w:eastAsia="Microsoft YaHei"/>
          <w:b w:val="0"/>
          <w:i w:val="0"/>
          <w:color w:val="1A1A1A"/>
          <w:sz w:val="20"/>
        </w:rPr>
        <w:t>兹证明［姓名］，身份证号［ ］，护照号［ ］，持有我所核发的中华人民共和国机动车驾驶证，具体信息如下：</w:t>
      </w:r>
    </w:p>
    <w:tbl>
      <w:tblPr>
        <w:tblStyle w:val="TableGrid"/>
        <w:tblW w:w="9694" w:type="dxa"/>
        <w:jc w:val="center"/>
        <w:tblLayout w:type="fixed"/>
        <w:tblLook w:firstColumn="1" w:firstRow="1" w:lastColumn="0" w:lastRow="0" w:noHBand="0" w:noVBand="1" w:val="04A0"/>
      </w:tblPr>
      <w:tblGrid>
        <w:gridCol w:w="2381"/>
        <w:gridCol w:w="7313"/>
      </w:tblGrid>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姓名 Name</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身份证号 ID No.</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护照号 Passport No.</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驾驶证号 Licence No.</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准驾车型 Class</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[C1 / C2 / B2 / A2 / other]</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初次领证日期 First issue date</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[YYYY-MM-DD]</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有效期始 Valid from</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[YYYY-MM-DD]</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有效期止 Valid to</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[YYYY-MM-DD]</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当前状态 Current status</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正常 / 有效（☐ 无吊销 ☐ 无注销 ☐ 无暂扣）</w:t>
            </w:r>
          </w:p>
        </w:tc>
      </w:tr>
    </w:tbl>
    <w:p>
      <w:pPr>
        <w:spacing w:before="0" w:after="100"/>
      </w:pPr>
      <w:r>
        <w:rPr>
          <w:rFonts w:ascii="Arial" w:hAnsi="Arial" w:eastAsia="Microsoft YaHei"/>
          <w:b w:val="0"/>
          <w:i w:val="0"/>
          <w:color w:val="1A1A1A"/>
          <w:sz w:val="20"/>
        </w:rPr>
        <w:t>经核查，上述驾驶证真实有效，由我所核发。本证明仅用于［换领赞比亚驾驶证 / RTSA licence conversion］目的。</w:t>
      </w:r>
    </w:p>
    <w:p>
      <w:pPr>
        <w:spacing w:before="0" w:after="100"/>
      </w:pPr>
      <w:r>
        <w:rPr>
          <w:rFonts w:ascii="Arial" w:hAnsi="Arial" w:eastAsia="Microsoft YaHei"/>
          <w:b w:val="0"/>
          <w:i w:val="0"/>
          <w:color w:val="1A1A1A"/>
          <w:sz w:val="20"/>
        </w:rPr>
        <w:t>核发机关：［XX市公安局交通警察支队车辆管理所］</w:t>
      </w:r>
    </w:p>
    <w:p>
      <w:pPr>
        <w:spacing w:before="0" w:after="100"/>
      </w:pPr>
      <w:r>
        <w:rPr>
          <w:rFonts w:ascii="Arial" w:hAnsi="Arial" w:eastAsia="Microsoft YaHei"/>
          <w:b w:val="0"/>
          <w:i w:val="0"/>
          <w:color w:val="1A1A1A"/>
          <w:sz w:val="20"/>
        </w:rPr>
        <w:t>地址：［ ］　电话：［ ］　联系人：［ ］</w:t>
      </w:r>
    </w:p>
    <w:p>
      <w:pPr>
        <w:spacing w:before="120" w:after="100"/>
      </w:pPr>
      <w:r>
        <w:rPr>
          <w:rFonts w:ascii="Arial" w:hAnsi="Arial" w:eastAsia="Microsoft YaHei"/>
          <w:b w:val="0"/>
          <w:i w:val="0"/>
          <w:color w:val="1A1A1A"/>
          <w:sz w:val="20"/>
        </w:rPr>
        <w:t>经办人签字：［ ］　　日期：［ ］</w:t>
      </w:r>
    </w:p>
    <w:p>
      <w:pPr>
        <w:spacing w:before="200" w:after="100"/>
      </w:pPr>
      <w:r>
        <w:rPr>
          <w:rFonts w:ascii="Arial" w:hAnsi="Arial" w:eastAsia="Microsoft YaHei"/>
          <w:b w:val="0"/>
          <w:i/>
          <w:color w:val="555F66"/>
          <w:sz w:val="18"/>
        </w:rPr>
        <w:t>（此处加盖车管所公章 / Official seal of the Vehicle Management Office）</w:t>
      </w:r>
    </w:p>
    <w:p>
      <w:pPr>
        <w:spacing w:before="0" w:after="100"/>
      </w:pPr>
      <w:r>
        <w:rPr>
          <w:rFonts w:ascii="Arial" w:hAnsi="Arial" w:eastAsia="Microsoft YaHei"/>
          <w:b w:val="0"/>
          <w:i/>
          <w:color w:val="555F66"/>
          <w:sz w:val="17"/>
        </w:rPr>
        <w:t>说明：本证明以中文为准；英文翻译仅供参考。如中英文不一致，以中文原件及公章为准。</w:t>
      </w:r>
    </w:p>
    <w:p>
      <w:r>
        <w:br w:type="page"/>
      </w:r>
    </w:p>
    <w:p>
      <w:pPr>
        <w:keepNext/>
        <w:spacing w:before="0" w:after="80"/>
        <w:pBdr>
          <w:bottom w:val="single" w:sz="6" w:space="2" w:color="D8E2DA"/>
        </w:pBdr>
      </w:pPr>
      <w:r>
        <w:rPr>
          <w:rFonts w:ascii="Arial" w:hAnsi="Arial" w:eastAsia="Microsoft YaHei"/>
          <w:b/>
          <w:i w:val="0"/>
          <w:color w:val="143D29"/>
          <w:sz w:val="23"/>
        </w:rPr>
        <w:t>二、English translation (for RTSA reference)</w:t>
      </w:r>
    </w:p>
    <w:p>
      <w:pPr>
        <w:spacing w:before="0" w:after="100"/>
      </w:pPr>
      <w:r>
        <w:rPr>
          <w:rFonts w:ascii="Arial" w:hAnsi="Arial" w:eastAsia="Microsoft YaHei"/>
          <w:b w:val="0"/>
          <w:i w:val="0"/>
          <w:color w:val="1A1A1A"/>
          <w:sz w:val="20"/>
        </w:rPr>
        <w:t>Certificate No.: [ ]</w:t>
      </w:r>
    </w:p>
    <w:p>
      <w:pPr>
        <w:spacing w:before="0" w:after="100"/>
      </w:pPr>
      <w:r>
        <w:rPr>
          <w:rFonts w:ascii="Arial" w:hAnsi="Arial" w:eastAsia="Microsoft YaHei"/>
          <w:b w:val="0"/>
          <w:i w:val="0"/>
          <w:color w:val="1A1A1A"/>
          <w:sz w:val="20"/>
        </w:rPr>
        <w:t>To: Road Transport and Safety Agency (RTSA), Zambia</w:t>
      </w:r>
    </w:p>
    <w:p>
      <w:pPr>
        <w:spacing w:before="0" w:after="100"/>
      </w:pPr>
      <w:r>
        <w:rPr>
          <w:rFonts w:ascii="Arial" w:hAnsi="Arial" w:eastAsia="Microsoft YaHei"/>
          <w:b w:val="0"/>
          <w:i w:val="0"/>
          <w:color w:val="1A1A1A"/>
          <w:sz w:val="20"/>
        </w:rPr>
        <w:t>This is to certify that [Name], ID No. [ ], Passport No. [ ], holds a valid People's Republic of China motor vehicle driving licence issued by this Office, with the following details:</w:t>
      </w:r>
    </w:p>
    <w:tbl>
      <w:tblPr>
        <w:tblStyle w:val="TableGrid"/>
        <w:tblW w:w="9694" w:type="dxa"/>
        <w:jc w:val="center"/>
        <w:tblLayout w:type="fixed"/>
        <w:tblLook w:firstColumn="1" w:firstRow="1" w:lastColumn="0" w:lastRow="0" w:noHBand="0" w:noVBand="1" w:val="04A0"/>
      </w:tblPr>
      <w:tblGrid>
        <w:gridCol w:w="2381"/>
        <w:gridCol w:w="7313"/>
      </w:tblGrid>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Name</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ID No.</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Passport No.</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Licence No.</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Class</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[C1 / C2 / B2 / A2 / other]</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Date of first issue</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[YYYY-MM-DD]</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Valid from</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[YYYY-MM-DD]</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Valid to</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[YYYY-MM-DD]</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Current status</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Valid (☐ not revoked ☐ not cancelled ☐ not suspended)</w:t>
            </w:r>
          </w:p>
        </w:tc>
      </w:tr>
    </w:tbl>
    <w:p>
      <w:pPr>
        <w:spacing w:before="0" w:after="100"/>
      </w:pPr>
      <w:r>
        <w:rPr>
          <w:rFonts w:ascii="Arial" w:hAnsi="Arial" w:eastAsia="Microsoft YaHei"/>
          <w:b w:val="0"/>
          <w:i w:val="0"/>
          <w:color w:val="1A1A1A"/>
          <w:sz w:val="20"/>
        </w:rPr>
        <w:t>The licence is genuine and valid and was issued by this Office. This certificate is issued for the purpose of [conversion to a Zambian driving licence / RTSA licence conversion].</w:t>
      </w:r>
    </w:p>
    <w:p>
      <w:pPr>
        <w:spacing w:before="0" w:after="100"/>
      </w:pPr>
      <w:r>
        <w:rPr>
          <w:rFonts w:ascii="Arial" w:hAnsi="Arial" w:eastAsia="Microsoft YaHei"/>
          <w:b w:val="0"/>
          <w:i w:val="0"/>
          <w:color w:val="1A1A1A"/>
          <w:sz w:val="20"/>
        </w:rPr>
        <w:t>Issuing authority: [Vehicle Management Office, Traffic Police Detachment, XX Public Security Bureau]</w:t>
      </w:r>
    </w:p>
    <w:p>
      <w:pPr>
        <w:spacing w:before="0" w:after="100"/>
      </w:pPr>
      <w:r>
        <w:rPr>
          <w:rFonts w:ascii="Arial" w:hAnsi="Arial" w:eastAsia="Microsoft YaHei"/>
          <w:b w:val="0"/>
          <w:i w:val="0"/>
          <w:color w:val="1A1A1A"/>
          <w:sz w:val="20"/>
        </w:rPr>
        <w:t>Address: [ ]   Tel: [ ]   Contact: [ ]</w:t>
      </w:r>
    </w:p>
    <w:p>
      <w:pPr>
        <w:spacing w:before="120" w:after="100"/>
      </w:pPr>
      <w:r>
        <w:rPr>
          <w:rFonts w:ascii="Arial" w:hAnsi="Arial" w:eastAsia="Microsoft YaHei"/>
          <w:b w:val="0"/>
          <w:i w:val="0"/>
          <w:color w:val="1A1A1A"/>
          <w:sz w:val="20"/>
        </w:rPr>
        <w:t>Authorised officer: [ ]   Date: [ ]</w:t>
      </w:r>
    </w:p>
    <w:p>
      <w:pPr>
        <w:spacing w:before="200" w:after="100"/>
      </w:pPr>
      <w:r>
        <w:rPr>
          <w:rFonts w:ascii="Arial" w:hAnsi="Arial" w:eastAsia="Microsoft YaHei"/>
          <w:b w:val="0"/>
          <w:i/>
          <w:color w:val="555F66"/>
          <w:sz w:val="18"/>
        </w:rPr>
        <w:t>[Official seal of the Vehicle Management Office]</w:t>
      </w:r>
    </w:p>
    <w:p>
      <w:pPr>
        <w:spacing w:before="0" w:after="100"/>
      </w:pPr>
      <w:r>
        <w:rPr>
          <w:rFonts w:ascii="Arial" w:hAnsi="Arial" w:eastAsia="Microsoft YaHei"/>
          <w:b w:val="0"/>
          <w:i/>
          <w:color w:val="555F66"/>
          <w:sz w:val="17"/>
        </w:rPr>
        <w:t>Note: The Chinese original and the official seal prevail. The English translation is for reference only.</w:t>
      </w:r>
    </w:p>
    <w:p>
      <w:r>
        <w:br w:type="page"/>
      </w:r>
    </w:p>
    <w:p>
      <w:pPr>
        <w:keepNext/>
        <w:spacing w:before="0" w:after="80"/>
        <w:pBdr>
          <w:bottom w:val="single" w:sz="6" w:space="2" w:color="D8E2DA"/>
        </w:pBdr>
      </w:pPr>
      <w:r>
        <w:rPr>
          <w:rFonts w:ascii="Arial" w:hAnsi="Arial" w:eastAsia="Microsoft YaHei"/>
          <w:b/>
          <w:i w:val="0"/>
          <w:color w:val="143D29"/>
          <w:sz w:val="23"/>
        </w:rPr>
        <w:t>三、请 RTSA 书面确认的问题 Questions for RTSA</w:t>
      </w:r>
    </w:p>
    <w:p>
      <w:pPr>
        <w:spacing w:before="0" w:after="100"/>
      </w:pPr>
      <w:r>
        <w:rPr>
          <w:rFonts w:ascii="Arial" w:hAnsi="Arial" w:eastAsia="Microsoft YaHei"/>
          <w:b w:val="0"/>
          <w:i w:val="0"/>
          <w:color w:val="1A1A1A"/>
          <w:sz w:val="20"/>
        </w:rPr>
        <w:t>Please confirm in writing (YES/NO):</w:t>
      </w:r>
    </w:p>
    <w:p>
      <w:pPr>
        <w:pStyle w:val="ListBullet"/>
        <w:spacing w:after="40"/>
        <w:ind w:left="340"/>
      </w:pPr>
      <w:r>
        <w:rPr>
          <w:rFonts w:ascii="Arial" w:hAnsi="Arial" w:eastAsia="Microsoft YaHei"/>
          <w:b w:val="0"/>
          <w:i w:val="0"/>
          <w:color w:val="1A1A1A"/>
          <w:sz w:val="19"/>
        </w:rPr>
        <w:t>Is a certificate in this format acceptable as “authentication from the issuing office” for a Chinese driving licence conversion?</w:t>
      </w:r>
    </w:p>
    <w:p>
      <w:pPr>
        <w:pStyle w:val="ListBullet"/>
        <w:spacing w:after="40"/>
        <w:ind w:left="340"/>
      </w:pPr>
      <w:r>
        <w:rPr>
          <w:rFonts w:ascii="Arial" w:hAnsi="Arial" w:eastAsia="Microsoft YaHei"/>
          <w:b w:val="0"/>
          <w:i w:val="0"/>
          <w:color w:val="1A1A1A"/>
          <w:sz w:val="19"/>
        </w:rPr>
        <w:t>If yes, does it need to be notarised or legalised by the Chinese Ministry of Foreign Affairs and/or the Embassy of Zambia in Beijing?</w:t>
      </w:r>
    </w:p>
    <w:p>
      <w:pPr>
        <w:pStyle w:val="ListBullet"/>
        <w:spacing w:after="40"/>
        <w:ind w:left="340"/>
      </w:pPr>
      <w:r>
        <w:rPr>
          <w:rFonts w:ascii="Arial" w:hAnsi="Arial" w:eastAsia="Microsoft YaHei"/>
          <w:b w:val="0"/>
          <w:i w:val="0"/>
          <w:color w:val="1A1A1A"/>
          <w:sz w:val="19"/>
        </w:rPr>
        <w:t>Must the certificate be issued within a specific period before submission (e.g. 3 or 6 months)?</w:t>
      </w:r>
    </w:p>
    <w:p>
      <w:pPr>
        <w:pStyle w:val="ListBullet"/>
        <w:spacing w:after="40"/>
        <w:ind w:left="340"/>
      </w:pPr>
      <w:r>
        <w:rPr>
          <w:rFonts w:ascii="Arial" w:hAnsi="Arial" w:eastAsia="Microsoft YaHei"/>
          <w:b w:val="0"/>
          <w:i w:val="0"/>
          <w:color w:val="1A1A1A"/>
          <w:sz w:val="19"/>
        </w:rPr>
        <w:t>Must the English translation be certified/notarised, or is the translation attached to the sealed Chinese original sufficient?</w:t>
      </w:r>
    </w:p>
    <w:p>
      <w:pPr>
        <w:pStyle w:val="ListBullet"/>
        <w:spacing w:after="40"/>
        <w:ind w:left="340"/>
      </w:pPr>
      <w:r>
        <w:rPr>
          <w:rFonts w:ascii="Arial" w:hAnsi="Arial" w:eastAsia="Microsoft YaHei"/>
          <w:b w:val="0"/>
          <w:i w:val="0"/>
          <w:color w:val="1A1A1A"/>
          <w:sz w:val="19"/>
        </w:rPr>
        <w:t>Which RTSA office and officer should receive the certificate?</w:t>
      </w:r>
    </w:p>
    <w:p>
      <w:pPr>
        <w:pStyle w:val="ListBullet"/>
        <w:spacing w:after="40"/>
        <w:ind w:left="340"/>
      </w:pPr>
      <w:r>
        <w:rPr>
          <w:rFonts w:ascii="Arial" w:hAnsi="Arial" w:eastAsia="Microsoft YaHei"/>
          <w:b w:val="0"/>
          <w:i w:val="0"/>
          <w:color w:val="1A1A1A"/>
          <w:sz w:val="19"/>
        </w:rPr>
        <w:t>If this format is not acceptable, please state the exact document and format required.</w:t>
      </w:r>
    </w:p>
    <w:p>
      <w:pPr>
        <w:spacing w:before="160" w:after="100"/>
      </w:pPr>
      <w:r>
        <w:rPr>
          <w:rFonts w:ascii="Arial" w:hAnsi="Arial" w:eastAsia="Microsoft YaHei"/>
          <w:b w:val="0"/>
          <w:i/>
          <w:color w:val="555F66"/>
          <w:sz w:val="18"/>
        </w:rPr>
        <w:t>Applicant: [ ]   Passport No.: [ ]   Phone/WhatsApp: [ ]   Date: [ ]</w:t>
      </w:r>
    </w:p>
    <w:p>
      <w:r>
        <w:br w:type="page"/>
      </w:r>
    </w:p>
    <w:p>
      <w:pPr>
        <w:keepNext/>
        <w:spacing w:before="0" w:after="80"/>
        <w:pBdr>
          <w:bottom w:val="single" w:sz="6" w:space="2" w:color="D8E2DA"/>
        </w:pBdr>
      </w:pPr>
      <w:r>
        <w:rPr>
          <w:rFonts w:ascii="Arial" w:hAnsi="Arial" w:eastAsia="Microsoft YaHei"/>
          <w:b/>
          <w:i w:val="0"/>
          <w:color w:val="143D29"/>
          <w:sz w:val="23"/>
        </w:rPr>
        <w:t>四、给国内亲友的办理说明（中文）</w:t>
      </w:r>
    </w:p>
    <w:tbl>
      <w:tblPr>
        <w:tblStyle w:val="TableGrid"/>
        <w:tblW w:type="auto" w:w="0"/>
        <w:tblLook w:firstColumn="1" w:firstRow="1" w:lastColumn="0" w:lastRow="0" w:noHBand="0" w:noVBand="1" w:val="04A0"/>
      </w:tblPr>
      <w:tblGrid>
        <w:gridCol w:w="9972"/>
      </w:tblGrid>
      <w:tr>
        <w:tc>
          <w:tcPr>
            <w:tcW w:type="dxa" w:w="9972"/>
            <w:shd w:val="clear" w:color="auto" w:fill="FFF8E7"/>
            <w:tcMar>
              <w:top w:w="120" w:type="dxa"/>
              <w:bottom w:w="120" w:type="dxa"/>
              <w:start w:w="150" w:type="dxa"/>
              <w:end w:w="150" w:type="dxa"/>
            </w:tcMar>
          </w:tcPr>
          <w:p>
            <w:pPr>
              <w:spacing w:after="40"/>
            </w:pPr>
            <w:r>
              <w:rPr>
                <w:rFonts w:ascii="Arial" w:hAnsi="Arial" w:eastAsia="Microsoft YaHei"/>
                <w:b/>
                <w:i w:val="0"/>
                <w:color w:val="9A5B12"/>
                <w:sz w:val="19"/>
              </w:rPr>
              <w:t>填写说明（中文）</w:t>
            </w:r>
          </w:p>
          <w:p>
            <w:pPr>
              <w:spacing w:after="40"/>
            </w:pPr>
            <w:r>
              <w:rPr>
                <w:rFonts w:ascii="Arial" w:hAnsi="Arial" w:eastAsia="Microsoft YaHei"/>
                <w:b w:val="0"/>
                <w:i w:val="0"/>
                <w:color w:val="1A1A1A"/>
                <w:sz w:val="17"/>
              </w:rPr>
              <w:t>• 先把这份样本拍照/发 PDF 给 RTSA，确认“这个格式行不行、要不要公证/双认证”，再让国内亲友去车管所办。</w:t>
            </w:r>
          </w:p>
          <w:p>
            <w:pPr>
              <w:spacing w:after="40"/>
            </w:pPr>
            <w:r>
              <w:rPr>
                <w:rFonts w:ascii="Arial" w:hAnsi="Arial" w:eastAsia="Microsoft YaHei"/>
                <w:b w:val="0"/>
                <w:i w:val="0"/>
                <w:color w:val="1A1A1A"/>
                <w:sz w:val="17"/>
              </w:rPr>
              <w:t>• 让亲友到驾照核发地车管所，说明用途是“赞比亚换驾照”，问窗口能否出具“驾驶证真实性证明/驾驶资格证明”。</w:t>
            </w:r>
          </w:p>
          <w:p>
            <w:pPr>
              <w:spacing w:after="40"/>
            </w:pPr>
            <w:r>
              <w:rPr>
                <w:rFonts w:ascii="Arial" w:hAnsi="Arial" w:eastAsia="Microsoft YaHei"/>
                <w:b w:val="0"/>
                <w:i w:val="0"/>
                <w:color w:val="1A1A1A"/>
                <w:sz w:val="17"/>
              </w:rPr>
              <w:t>• 如果车管所有自己的固定格式，用他们的格式；不要要求他们照抄这份样本，更不要自己盖章。</w:t>
            </w:r>
          </w:p>
          <w:p>
            <w:pPr>
              <w:spacing w:after="40"/>
            </w:pPr>
            <w:r>
              <w:rPr>
                <w:rFonts w:ascii="Arial" w:hAnsi="Arial" w:eastAsia="Microsoft YaHei"/>
                <w:b w:val="0"/>
                <w:i w:val="0"/>
                <w:color w:val="1A1A1A"/>
                <w:sz w:val="17"/>
              </w:rPr>
              <w:t>• 中文证明必须盖车管所公章；英文翻译可以找正规翻译公司，问 RTSA 是否要翻译盖章/公证。</w:t>
            </w:r>
          </w:p>
          <w:p>
            <w:pPr>
              <w:spacing w:after="40"/>
            </w:pPr>
            <w:r>
              <w:rPr>
                <w:rFonts w:ascii="Arial" w:hAnsi="Arial" w:eastAsia="Microsoft YaHei"/>
                <w:b w:val="0"/>
                <w:i w:val="0"/>
                <w:color w:val="1A1A1A"/>
                <w:sz w:val="17"/>
              </w:rPr>
              <w:t>• 如果车管所拒绝出具，请他们给书面理由；那就回到“中国公证 + 外交部认证 + 赞比亚驻华使馆认证”的路线。</w:t>
            </w:r>
          </w:p>
          <w:p>
            <w:pPr>
              <w:spacing w:after="40"/>
            </w:pPr>
            <w:r>
              <w:rPr>
                <w:rFonts w:ascii="Arial" w:hAnsi="Arial" w:eastAsia="Microsoft YaHei"/>
                <w:b w:val="0"/>
                <w:i w:val="0"/>
                <w:color w:val="1A1A1A"/>
                <w:sz w:val="17"/>
              </w:rPr>
              <w:t>• 所有材料复印/扫描留底；寄原件用可追踪快递。</w:t>
            </w:r>
          </w:p>
        </w:tc>
      </w:tr>
    </w:tbl>
    <w:sectPr w:rsidR="00FC693F" w:rsidRPr="0006063C" w:rsidSect="00034616">
      <w:headerReference w:type="default" r:id="rId9"/>
      <w:footerReference w:type="default" r:id="rId10"/>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Microsoft YaHei"/>
        <w:b w:val="0"/>
        <w:i w:val="0"/>
        <w:color w:val="555F66"/>
        <w:sz w:val="15"/>
      </w:rPr>
      <w:t>赞比亚华人社区 · www.zamchi.com · 使用前请让赞比亚执业律师审阅</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Microsoft YaHei"/>
        <w:b/>
        <w:i w:val="0"/>
        <w:color w:val="B01C1C"/>
        <w:sz w:val="14"/>
      </w:rPr>
      <w:t>SAMPLE ONLY · FOR RTSA CONFIRMATION · NOT AN OFFICIAL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Microsoft YaHei"/>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