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Microsoft YaHei"/>
          <w:b/>
          <w:i w:val="0"/>
          <w:color w:val="143D29"/>
          <w:sz w:val="34"/>
        </w:rPr>
        <w:t>委托书（委托国内亲友办理驾照公证认证）</w:t>
      </w:r>
    </w:p>
    <w:p>
      <w:pPr>
        <w:spacing w:after="160"/>
      </w:pPr>
      <w:r>
        <w:rPr>
          <w:rFonts w:ascii="Arial" w:hAnsi="Arial" w:eastAsia="Microsoft YaHei"/>
          <w:b/>
          <w:i w:val="0"/>
          <w:color w:val="9A5B12"/>
          <w:sz w:val="19"/>
        </w:rPr>
        <w:t>POWER OF ATTORNEY — DRIVING LICENCE NOTARISATION IN CHINA</w:t>
      </w:r>
    </w:p>
    <w:p>
      <w:pPr>
        <w:spacing w:after="200"/>
      </w:pPr>
      <w:r>
        <w:rPr>
          <w:rFonts w:ascii="Arial" w:hAnsi="Arial" w:eastAsia="Microsoft YaHei"/>
          <w:b w:val="0"/>
          <w:i/>
          <w:color w:val="555F66"/>
          <w:sz w:val="17"/>
        </w:rPr>
        <w:t>用于在中国驻赞比亚使馆公证，或交国内公证处参考。签字须在领事官员/公证员面前完成，不要提前签。</w:t>
      </w:r>
    </w:p>
    <w:p>
      <w:pPr>
        <w:spacing w:before="0" w:after="10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委托人：</w:t>
      </w:r>
      <w:r>
        <w:rPr>
          <w:rFonts w:ascii="Arial" w:hAnsi="Arial" w:eastAsia="Microsoft YaHei"/>
          <w:b/>
          <w:i w:val="0"/>
          <w:color w:val="1A1A1A"/>
          <w:sz w:val="20"/>
        </w:rPr>
        <w:t>[姓名]</w:t>
      </w:r>
      <w:r>
        <w:rPr>
          <w:rFonts w:ascii="Arial" w:hAnsi="Arial" w:eastAsia="Microsoft YaHei"/>
          <w:b w:val="0"/>
          <w:i w:val="0"/>
          <w:color w:val="1A1A1A"/>
          <w:sz w:val="20"/>
        </w:rPr>
        <w:t xml:space="preserve">，身份证号 </w:t>
      </w:r>
      <w:r>
        <w:rPr>
          <w:rFonts w:ascii="Arial" w:hAnsi="Arial" w:eastAsia="Microsoft YaHei"/>
          <w:b/>
          <w:i w:val="0"/>
          <w:color w:val="1A1A1A"/>
          <w:sz w:val="20"/>
        </w:rPr>
        <w:t>[ ]</w:t>
      </w:r>
      <w:r>
        <w:rPr>
          <w:rFonts w:ascii="Arial" w:hAnsi="Arial" w:eastAsia="Microsoft YaHei"/>
          <w:b w:val="0"/>
          <w:i w:val="0"/>
          <w:color w:val="1A1A1A"/>
          <w:sz w:val="20"/>
        </w:rPr>
        <w:t xml:space="preserve">，护照号 </w:t>
      </w:r>
      <w:r>
        <w:rPr>
          <w:rFonts w:ascii="Arial" w:hAnsi="Arial" w:eastAsia="Microsoft YaHei"/>
          <w:b/>
          <w:i w:val="0"/>
          <w:color w:val="1A1A1A"/>
          <w:sz w:val="20"/>
        </w:rPr>
        <w:t>[ ]</w:t>
      </w:r>
      <w:r>
        <w:rPr>
          <w:rFonts w:ascii="Arial" w:hAnsi="Arial" w:eastAsia="Microsoft YaHei"/>
          <w:b w:val="0"/>
          <w:i w:val="0"/>
          <w:color w:val="1A1A1A"/>
          <w:sz w:val="20"/>
        </w:rPr>
        <w:t xml:space="preserve">，住址 </w:t>
      </w:r>
      <w:r>
        <w:rPr>
          <w:rFonts w:ascii="Arial" w:hAnsi="Arial" w:eastAsia="Microsoft YaHei"/>
          <w:b/>
          <w:i w:val="0"/>
          <w:color w:val="1A1A1A"/>
          <w:sz w:val="20"/>
        </w:rPr>
        <w:t>[ ]</w:t>
      </w:r>
      <w:r>
        <w:rPr>
          <w:rFonts w:ascii="Arial" w:hAnsi="Arial" w:eastAsia="Microsoft YaHei"/>
          <w:b w:val="0"/>
          <w:i w:val="0"/>
          <w:color w:val="1A1A1A"/>
          <w:sz w:val="20"/>
        </w:rPr>
        <w:t xml:space="preserve">，联系电话 </w:t>
      </w:r>
      <w:r>
        <w:rPr>
          <w:rFonts w:ascii="Arial" w:hAnsi="Arial" w:eastAsia="Microsoft YaHei"/>
          <w:b/>
          <w:i w:val="0"/>
          <w:color w:val="1A1A1A"/>
          <w:sz w:val="20"/>
        </w:rPr>
        <w:t>[ ]</w:t>
      </w:r>
      <w:r>
        <w:rPr>
          <w:rFonts w:ascii="Arial" w:hAnsi="Arial" w:eastAsia="Microsoft YaHei"/>
          <w:b w:val="0"/>
          <w:i w:val="0"/>
          <w:color w:val="1A1A1A"/>
          <w:sz w:val="20"/>
        </w:rPr>
        <w:t>。</w:t>
      </w:r>
    </w:p>
    <w:p>
      <w:pPr>
        <w:spacing w:before="0" w:after="10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受托人：</w:t>
      </w:r>
      <w:r>
        <w:rPr>
          <w:rFonts w:ascii="Arial" w:hAnsi="Arial" w:eastAsia="Microsoft YaHei"/>
          <w:b/>
          <w:i w:val="0"/>
          <w:color w:val="1A1A1A"/>
          <w:sz w:val="20"/>
        </w:rPr>
        <w:t>[姓名]</w:t>
      </w:r>
      <w:r>
        <w:rPr>
          <w:rFonts w:ascii="Arial" w:hAnsi="Arial" w:eastAsia="Microsoft YaHei"/>
          <w:b w:val="0"/>
          <w:i w:val="0"/>
          <w:color w:val="1A1A1A"/>
          <w:sz w:val="20"/>
        </w:rPr>
        <w:t xml:space="preserve">，身份证号 </w:t>
      </w:r>
      <w:r>
        <w:rPr>
          <w:rFonts w:ascii="Arial" w:hAnsi="Arial" w:eastAsia="Microsoft YaHei"/>
          <w:b/>
          <w:i w:val="0"/>
          <w:color w:val="1A1A1A"/>
          <w:sz w:val="20"/>
        </w:rPr>
        <w:t>[ ]</w:t>
      </w:r>
      <w:r>
        <w:rPr>
          <w:rFonts w:ascii="Arial" w:hAnsi="Arial" w:eastAsia="Microsoft YaHei"/>
          <w:b w:val="0"/>
          <w:i w:val="0"/>
          <w:color w:val="1A1A1A"/>
          <w:sz w:val="20"/>
        </w:rPr>
        <w:t xml:space="preserve">，与委托人关系 </w:t>
      </w:r>
      <w:r>
        <w:rPr>
          <w:rFonts w:ascii="Arial" w:hAnsi="Arial" w:eastAsia="Microsoft YaHei"/>
          <w:b/>
          <w:i w:val="0"/>
          <w:color w:val="1A1A1A"/>
          <w:sz w:val="20"/>
        </w:rPr>
        <w:t>[ ]</w:t>
      </w:r>
      <w:r>
        <w:rPr>
          <w:rFonts w:ascii="Arial" w:hAnsi="Arial" w:eastAsia="Microsoft YaHei"/>
          <w:b w:val="0"/>
          <w:i w:val="0"/>
          <w:color w:val="1A1A1A"/>
          <w:sz w:val="20"/>
        </w:rPr>
        <w:t xml:space="preserve">，住址 </w:t>
      </w:r>
      <w:r>
        <w:rPr>
          <w:rFonts w:ascii="Arial" w:hAnsi="Arial" w:eastAsia="Microsoft YaHei"/>
          <w:b/>
          <w:i w:val="0"/>
          <w:color w:val="1A1A1A"/>
          <w:sz w:val="20"/>
        </w:rPr>
        <w:t>[ ]</w:t>
      </w:r>
      <w:r>
        <w:rPr>
          <w:rFonts w:ascii="Arial" w:hAnsi="Arial" w:eastAsia="Microsoft YaHei"/>
          <w:b w:val="0"/>
          <w:i w:val="0"/>
          <w:color w:val="1A1A1A"/>
          <w:sz w:val="20"/>
        </w:rPr>
        <w:t xml:space="preserve">，联系电话 </w:t>
      </w:r>
      <w:r>
        <w:rPr>
          <w:rFonts w:ascii="Arial" w:hAnsi="Arial" w:eastAsia="Microsoft YaHei"/>
          <w:b/>
          <w:i w:val="0"/>
          <w:color w:val="1A1A1A"/>
          <w:sz w:val="20"/>
        </w:rPr>
        <w:t>[ ]</w:t>
      </w:r>
      <w:r>
        <w:rPr>
          <w:rFonts w:ascii="Arial" w:hAnsi="Arial" w:eastAsia="Microsoft YaHei"/>
          <w:b w:val="0"/>
          <w:i w:val="0"/>
          <w:color w:val="1A1A1A"/>
          <w:sz w:val="20"/>
        </w:rPr>
        <w:t>。</w:t>
      </w:r>
    </w:p>
    <w:p>
      <w:pPr>
        <w:keepNext/>
        <w:spacing w:before="12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一、委托事项</w:t>
      </w:r>
    </w:p>
    <w:p>
      <w:pPr>
        <w:spacing w:before="0" w:after="10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委托人因在赞比亚工作/生活，不能亲自回国办理中国机动车驾驶证公证认证，现委托受托人代为办理以下事项：</w:t>
      </w:r>
    </w:p>
    <w:p>
      <w:pPr>
        <w:pStyle w:val="ListBullet"/>
        <w:spacing w:after="40"/>
        <w:ind w:left="34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向中国公证处申请办理委托人中国机动车驾驶证（证号 [ ]，准驾车型 [ ]，有效期至 [ ]）的公证及英文翻译；</w:t>
      </w:r>
    </w:p>
    <w:p>
      <w:pPr>
        <w:pStyle w:val="ListBullet"/>
        <w:spacing w:after="40"/>
        <w:ind w:left="34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向中国外交部领事司或授权的地方外事办公室申请领事认证；</w:t>
      </w:r>
    </w:p>
    <w:p>
      <w:pPr>
        <w:pStyle w:val="ListBullet"/>
        <w:spacing w:after="40"/>
        <w:ind w:left="34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向赞比亚驻华大使馆申请领事认证；</w:t>
      </w:r>
    </w:p>
    <w:p>
      <w:pPr>
        <w:pStyle w:val="ListBullet"/>
        <w:spacing w:after="40"/>
        <w:ind w:left="34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代为提交、补交、领取、签收上述文件；</w:t>
      </w:r>
    </w:p>
    <w:p>
      <w:pPr>
        <w:pStyle w:val="ListBullet"/>
        <w:spacing w:after="40"/>
        <w:ind w:left="34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代为咨询办理要求、缴纳公证费/认证费/快递费等，并保留票据；</w:t>
      </w:r>
    </w:p>
    <w:p>
      <w:pPr>
        <w:pStyle w:val="ListBullet"/>
        <w:spacing w:after="40"/>
        <w:ind w:left="34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将办妥的文件寄回委托人指定的地址。</w:t>
      </w:r>
    </w:p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二、授权限制</w:t>
      </w:r>
    </w:p>
    <w:p>
      <w:pPr>
        <w:spacing w:before="0" w:after="10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受托人不得：处分委托人的驾驶证原件（公证/认证机构要求提交的除外）；变更驾驶证信息；代为申请新驾驶证；将委托人的身份证、护照、驾驶证用于本委托事项以外的用途；转委托给第三人（☐ 允许 / ☐ 不允许）。</w:t>
      </w:r>
    </w:p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三、期限</w:t>
      </w:r>
    </w:p>
    <w:p>
      <w:pPr>
        <w:spacing w:before="0" w:after="100"/>
      </w:pPr>
      <w:r>
        <w:rPr>
          <w:rFonts w:ascii="Arial" w:hAnsi="Arial" w:eastAsia="Microsoft YaHei"/>
          <w:b w:val="0"/>
          <w:i w:val="0"/>
          <w:color w:val="1A1A1A"/>
          <w:sz w:val="20"/>
        </w:rPr>
        <w:t xml:space="preserve">本委托自签署之日起生效，至上述事项办结之日止，最长不超过 </w:t>
      </w:r>
      <w:r>
        <w:rPr>
          <w:rFonts w:ascii="Arial" w:hAnsi="Arial" w:eastAsia="Microsoft YaHei"/>
          <w:b/>
          <w:i w:val="0"/>
          <w:color w:val="1A1A1A"/>
          <w:sz w:val="20"/>
        </w:rPr>
        <w:t>[12] 个月</w:t>
      </w:r>
      <w:r>
        <w:rPr>
          <w:rFonts w:ascii="Arial" w:hAnsi="Arial" w:eastAsia="Microsoft YaHei"/>
          <w:b w:val="0"/>
          <w:i w:val="0"/>
          <w:color w:val="1A1A1A"/>
          <w:sz w:val="20"/>
        </w:rPr>
        <w:t>。委托人可书面撤销本委托。</w:t>
      </w:r>
    </w:p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四、费用</w:t>
      </w:r>
    </w:p>
    <w:p>
      <w:pPr>
        <w:spacing w:before="0" w:after="10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受托人垫付的公证费、认证费、翻译费、快递费等，凭票据与委托人结算。</w:t>
      </w:r>
    </w:p>
    <w:p>
      <w:pPr>
        <w:keepNext/>
        <w:spacing w:before="200" w:after="80"/>
        <w:pBdr>
          <w:bottom w:val="single" w:sz="6" w:space="2" w:color="D8E2DA"/>
        </w:pBdr>
      </w:pPr>
      <w:r>
        <w:rPr>
          <w:rFonts w:ascii="Arial" w:hAnsi="Arial" w:eastAsia="Microsoft YaHei"/>
          <w:b/>
          <w:i w:val="0"/>
          <w:color w:val="143D29"/>
          <w:sz w:val="23"/>
        </w:rPr>
        <w:t>五、签署</w:t>
      </w:r>
    </w:p>
    <w:p>
      <w:pPr>
        <w:spacing w:before="0" w:after="100"/>
      </w:pPr>
      <w:r>
        <w:rPr>
          <w:rFonts w:ascii="Arial" w:hAnsi="Arial" w:eastAsia="Microsoft YaHei"/>
          <w:b w:val="0"/>
          <w:i w:val="0"/>
          <w:color w:val="1A1A1A"/>
          <w:sz w:val="20"/>
        </w:rPr>
        <w:t>本委托书由委托人在领事官员/公证员面前亲笔签署。</w:t>
      </w:r>
    </w:p>
    <w:p>
      <w:pPr>
        <w:spacing w:before="280"/>
      </w:pPr>
    </w:p>
    <w:tbl>
      <w:tblPr>
        <w:tblW w:w="9637" w:type="dxa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9"/>
              </w:rPr>
              <w:t>委托人 / Principal</w:t>
            </w:r>
          </w:p>
          <w:p>
            <w:pPr>
              <w:spacing w:after="20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9"/>
              </w:rPr>
              <w:t>______________________________</w:t>
            </w:r>
          </w:p>
          <w:p>
            <w:pPr>
              <w:spacing w:after="20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9"/>
              </w:rPr>
              <w:t>姓名: [ ]</w:t>
            </w:r>
          </w:p>
          <w:p>
            <w:pPr>
              <w:spacing w:after="20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9"/>
              </w:rPr>
              <w:t>身份证号: [ ]</w:t>
            </w:r>
          </w:p>
          <w:p>
            <w:pPr>
              <w:spacing w:after="20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9"/>
              </w:rPr>
              <w:t>护照号: [ ]</w:t>
            </w:r>
          </w:p>
          <w:p>
            <w:pPr>
              <w:spacing w:after="20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9"/>
              </w:rPr>
              <w:t>日期: [ ]</w:t>
            </w:r>
          </w:p>
        </w:tc>
        <w:tc>
          <w:tcPr>
            <w:tcW w:type="dxa" w:w="4819"/>
          </w:tcPr>
          <w:p>
            <w:pPr>
              <w:spacing w:after="200"/>
            </w:pPr>
            <w:r/>
            <w:r>
              <w:rPr>
                <w:rFonts w:ascii="Arial" w:hAnsi="Arial" w:eastAsia="Microsoft YaHei"/>
                <w:b w:val="0"/>
                <w:i w:val="0"/>
                <w:color w:val="1A1A1A"/>
                <w:sz w:val="19"/>
              </w:rPr>
              <w:t>受托人 / Agent</w:t>
            </w:r>
          </w:p>
          <w:p>
            <w:pPr>
              <w:spacing w:after="20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9"/>
              </w:rPr>
              <w:t>______________________________</w:t>
            </w:r>
          </w:p>
          <w:p>
            <w:pPr>
              <w:spacing w:after="20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9"/>
              </w:rPr>
              <w:t>姓名: [ ]</w:t>
            </w:r>
          </w:p>
          <w:p>
            <w:pPr>
              <w:spacing w:after="20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9"/>
              </w:rPr>
              <w:t>身份证号: [ ]</w:t>
            </w:r>
          </w:p>
          <w:p>
            <w:pPr>
              <w:spacing w:after="20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9"/>
              </w:rPr>
              <w:t>日期: [ ]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FF8E7"/>
            <w:tcMar>
              <w:top w:w="120" w:type="dxa"/>
              <w:bottom w:w="120" w:type="dxa"/>
              <w:start w:w="150" w:type="dxa"/>
              <w:end w:w="15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/>
                <w:i w:val="0"/>
                <w:color w:val="9A5B12"/>
                <w:sz w:val="19"/>
              </w:rPr>
              <w:t>填写说明（中文）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中国驻赞比亚使馆可以公证“委托书”，但不能公证/认证中国驾照本身；这是两条不同的业务。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到使馆签字前先通过“中国领事”APP 预约，带护照、有效许可、驾照复印件和本委托书草稿。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国内公证处可能要求委托书经过使馆公证/认证；先让国内亲友问清当地公证处。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委托书里写清驾照号、准驾车型、有效期，避免公证处/使馆要求补件。</w:t>
            </w:r>
          </w:p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color w:val="1A1A1A"/>
                <w:sz w:val="17"/>
              </w:rPr>
              <w:t>• 不要提前签字；必须在领事官员/公证员面前签。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Microsoft YaHei"/>
        <w:b w:val="0"/>
        <w:i w:val="0"/>
        <w:color w:val="555F66"/>
        <w:sz w:val="15"/>
      </w:rPr>
      <w:t>赞比亚华人社区 · www.zamchi.com · 使用前请让赞比亚执业律师审阅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Microsoft YaHei"/>
        <w:b w:val="0"/>
        <w:i w:val="0"/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