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Microsoft YaHei"/>
          <w:b/>
          <w:i w:val="0"/>
          <w:color w:val="143D29"/>
          <w:sz w:val="34"/>
        </w:rPr>
        <w:t>中国驾照换赞比亚驾照：公证认证清单</w:t>
      </w:r>
    </w:p>
    <w:p>
      <w:pPr>
        <w:spacing w:after="160"/>
      </w:pPr>
      <w:r>
        <w:rPr>
          <w:rFonts w:ascii="Arial" w:hAnsi="Arial" w:eastAsia="Microsoft YaHei"/>
          <w:b/>
          <w:i w:val="0"/>
          <w:color w:val="9A5B12"/>
          <w:sz w:val="19"/>
        </w:rPr>
        <w:t>CHINESE DRIVING LICENCE — NOTARISATION &amp; LEGALISATION CHECKLIST</w:t>
      </w:r>
    </w:p>
    <w:p>
      <w:pPr>
        <w:spacing w:after="200"/>
      </w:pPr>
      <w:r>
        <w:rPr>
          <w:rFonts w:ascii="Arial" w:hAnsi="Arial" w:eastAsia="Microsoft YaHei"/>
          <w:b w:val="0"/>
          <w:i/>
          <w:color w:val="555F66"/>
          <w:sz w:val="17"/>
        </w:rPr>
        <w:t>按 RTSA “authentication from the issuing office or embassy” 要求整理。先选路线，再逐项打勾。</w:t>
      </w:r>
    </w:p>
    <w:p>
      <w:pPr>
        <w:keepNext/>
        <w:spacing w:before="8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1. Choose your route 选择路线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☐  Route A：中国公证 + 中国外交部认证 + 赞比亚驻华使馆认证（推荐）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☐  Route A2：人已在赞比亚 → 中国驻赞使馆公证委托书 → 国内亲友代办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☐  Route B：中国车管所出具证明（先让 RTSA 确认是否接受）</w:t>
      </w:r>
    </w:p>
    <w:p>
      <w:pPr>
        <w:spacing w:before="0" w:after="100"/>
      </w:pPr>
      <w:r>
        <w:rPr>
          <w:rFonts w:ascii="Arial" w:hAnsi="Arial" w:eastAsia="Microsoft YaHei"/>
          <w:b w:val="0"/>
          <w:i/>
          <w:color w:val="555F66"/>
          <w:sz w:val="18"/>
        </w:rPr>
        <w:t>☐  Route C：中介“包认证”（不建议，风险高）</w:t>
      </w:r>
    </w:p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2. Documents 材料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中国驾照原件 + 正反面复印件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护照照片 2 张（备用）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护照原件 + 复印件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地址证明（备用）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身份证 / 户口本（公证处可能要求）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委托书（如委托国内亲友）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有效赞比亚签证/许可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其他: [ ]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12123 驾驶证信息截图 / 驾驶资格证明</w:t>
            </w:r>
          </w:p>
        </w:tc>
        <w:tc>
          <w:tcPr>
            <w:tcW w:type="dxa" w:w="4986"/>
          </w:tcPr>
          <w:p/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3. China steps 中国环节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找涉外公证处，确认可做驾照公证 + 英文翻译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送赞比亚驻华使馆认证（北京三里屯东四街 5 号）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办理“驾驶证公证”（复印件与原件相符 + 译文相符）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核对公证书姓名、护照号、驾照号、准驾车型、有效期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说明用途：Zambia / RTSA driving licence conversion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国际快递回赞比亚，保留单号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送中国外交部领事司或地方外办认证</w:t>
            </w:r>
          </w:p>
        </w:tc>
        <w:tc>
          <w:tcPr>
            <w:tcW w:type="dxa" w:w="4986"/>
          </w:tcPr>
          <w:p/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4. Zambia steps 赞比亚环节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打 RTSA 983 确认办公室/材料/是否预约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拍照/录入信息；如需测试/车辆核查，按要求完成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带护照、许可、驾照原件、认证文件、照片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领取驾照，核对姓名/class/有效期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按准驾车型准备可上路车辆</w:t>
            </w:r>
          </w:p>
        </w:tc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确认中国驾照是否退还；如留存，索要收据</w:t>
            </w:r>
          </w:p>
        </w:tc>
      </w:tr>
      <w:tr>
        <w:tc>
          <w:tcPr>
            <w:tcW w:type="dxa" w:w="4986"/>
            <w:tcMar>
              <w:top w:w="50" w:type="dxa"/>
              <w:bottom w:w="50" w:type="dxa"/>
              <w:start w:w="90" w:type="dxa"/>
              <w:end w:w="90" w:type="dxa"/>
            </w:tcMar>
          </w:tcPr>
          <w:p>
            <w:pPr>
              <w:spacing w:after="4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8"/>
              </w:rPr>
              <w:t>☐  缴费 K348，保留收据</w:t>
            </w:r>
          </w:p>
        </w:tc>
        <w:tc>
          <w:tcPr>
            <w:tcW w:type="dxa" w:w="4986"/>
          </w:tcPr>
          <w:p/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5. Consistency check 一致性核对</w:t>
      </w:r>
    </w:p>
    <w:tbl>
      <w:tblPr>
        <w:tblStyle w:val="TableGrid"/>
        <w:tblW w:w="9637" w:type="dxa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1814"/>
        <w:gridCol w:w="1814"/>
        <w:gridCol w:w="2494"/>
        <w:gridCol w:w="907"/>
      </w:tblGrid>
      <w:tr>
        <w:tc>
          <w:tcPr>
            <w:tcW w:type="dxa" w:w="2608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Item 项目</w:t>
            </w:r>
          </w:p>
        </w:tc>
        <w:tc>
          <w:tcPr>
            <w:tcW w:type="dxa" w:w="1814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Passport 护照</w:t>
            </w:r>
          </w:p>
        </w:tc>
        <w:tc>
          <w:tcPr>
            <w:tcW w:type="dxa" w:w="1814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Licence 驾照</w:t>
            </w:r>
          </w:p>
        </w:tc>
        <w:tc>
          <w:tcPr>
            <w:tcW w:type="dxa" w:w="2494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Notarial certificate 公证书</w:t>
            </w:r>
          </w:p>
        </w:tc>
        <w:tc>
          <w:tcPr>
            <w:tcW w:type="dxa" w:w="907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OK?</w:t>
            </w:r>
          </w:p>
        </w:tc>
      </w:tr>
      <w:tr>
        <w:tc>
          <w:tcPr>
            <w:tcW w:type="dxa" w:w="260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Full name 姓名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907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☐</w:t>
            </w:r>
          </w:p>
        </w:tc>
      </w:tr>
      <w:tr>
        <w:tc>
          <w:tcPr>
            <w:tcW w:type="dxa" w:w="260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Passport no. 护照号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907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☐</w:t>
            </w:r>
          </w:p>
        </w:tc>
      </w:tr>
      <w:tr>
        <w:tc>
          <w:tcPr>
            <w:tcW w:type="dxa" w:w="260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Licence no. 驾照号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—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907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☐</w:t>
            </w:r>
          </w:p>
        </w:tc>
      </w:tr>
      <w:tr>
        <w:tc>
          <w:tcPr>
            <w:tcW w:type="dxa" w:w="260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Class 准驾车型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—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907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☐</w:t>
            </w:r>
          </w:p>
        </w:tc>
      </w:tr>
      <w:tr>
        <w:tc>
          <w:tcPr>
            <w:tcW w:type="dxa" w:w="260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Expiry 有效期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—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907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☐</w:t>
            </w:r>
          </w:p>
        </w:tc>
      </w:tr>
      <w:tr>
        <w:tc>
          <w:tcPr>
            <w:tcW w:type="dxa" w:w="260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English translation 英文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—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907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☐</w:t>
            </w:r>
          </w:p>
        </w:tc>
      </w:tr>
    </w:tbl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6. Tracking 办理跟踪</w:t>
      </w:r>
    </w:p>
    <w:tbl>
      <w:tblPr>
        <w:tblStyle w:val="TableGrid"/>
        <w:tblW w:w="9977" w:type="dxa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1701"/>
        <w:gridCol w:w="2268"/>
        <w:gridCol w:w="1814"/>
        <w:gridCol w:w="1701"/>
      </w:tblGrid>
      <w:tr>
        <w:tc>
          <w:tcPr>
            <w:tcW w:type="dxa" w:w="2494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Institution 机构</w:t>
            </w:r>
          </w:p>
        </w:tc>
        <w:tc>
          <w:tcPr>
            <w:tcW w:type="dxa" w:w="1701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Date sent 送办</w:t>
            </w:r>
          </w:p>
        </w:tc>
        <w:tc>
          <w:tcPr>
            <w:tcW w:type="dxa" w:w="2268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Tracking / ref 单号</w:t>
            </w:r>
          </w:p>
        </w:tc>
        <w:tc>
          <w:tcPr>
            <w:tcW w:type="dxa" w:w="1814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Date returned 取回</w:t>
            </w:r>
          </w:p>
        </w:tc>
        <w:tc>
          <w:tcPr>
            <w:tcW w:type="dxa" w:w="1701"/>
            <w:shd w:val="clear" w:color="auto" w:fill="174B2F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/>
                <w:i w:val="0"/>
                <w:color w:val="FFFFFF"/>
                <w:sz w:val="16"/>
              </w:rPr>
              <w:t>Contact 联系人</w:t>
            </w:r>
          </w:p>
        </w:tc>
      </w:tr>
      <w:tr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26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</w:tr>
      <w:tr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26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</w:tr>
      <w:tr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26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</w:tr>
      <w:tr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26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</w:tr>
      <w:tr>
        <w:tc>
          <w:tcPr>
            <w:tcW w:type="dxa" w:w="249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2268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814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  <w:tc>
          <w:tcPr>
            <w:tcW w:type="dxa" w:w="1701"/>
            <w:tcMar>
              <w:top w:w="80" w:type="dxa"/>
              <w:bottom w:w="80" w:type="dxa"/>
              <w:start w:w="11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6"/>
              </w:rPr>
              <w:t>[ ]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FF8E7"/>
            <w:tcMar>
              <w:top w:w="120" w:type="dxa"/>
              <w:bottom w:w="120" w:type="dxa"/>
              <w:start w:w="150" w:type="dxa"/>
              <w:end w:w="15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/>
                <w:i w:val="0"/>
                <w:color w:val="9A5B12"/>
                <w:sz w:val="19"/>
              </w:rPr>
              <w:t>填写说明（中文）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中国驻赞比亚使馆不认证中国国内出具的驾照；它通常可以公证“委托国内亲友办理”的委托书（具体以使馆当期受理范围为准）。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赞比亚不是海牙成员国，Apostille 不够；要做中国外交部认证 + 赞比亚驻华使馆认证。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RTSA 原文允许“issuing office or embassy”，车管所证明理论上可以，但先让窗口确认。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公证书、护照、驾照上的姓名/号码/准驾车型/有效期要一致；不一致先改/补证明。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不要找“包认证”中介；假认证一查就废，还可能涉及伪造文书。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费用、时间和窗口口径会变；办理前打 RTSA 983、问公证处和使馆最新要求。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i w:val="0"/>
        <w:color w:val="555F66"/>
        <w:sz w:val="15"/>
      </w:rPr>
      <w:t>赞比亚华人社区 · www.zamchi.com · 使用前请让赞比亚执业律师审阅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Microsoft YaHei"/>
        <w:b w:val="0"/>
        <w:i w:val="0"/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