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车辆交接/验收单（空白模板）</w:t>
      </w:r>
    </w:p>
    <w:p>
      <w:r>
        <w:rPr>
          <w:b/>
          <w:color w:val="9A5B12"/>
          <w:sz w:val="22"/>
        </w:rPr>
        <w:t>VEHICLE HANDOVER / ACCEPTANCE FORM</w:t>
      </w:r>
    </w:p>
    <w:p>
      <w:r>
        <w:rPr>
          <w:i/>
          <w:color w:val="555F66"/>
          <w:sz w:val="17"/>
        </w:rPr>
        <w:t>新车/二手车交车时记录里程、配件、文件和缺陷。</w:t>
      </w:r>
    </w:p>
    <w:p>
      <w:r>
        <w:rPr>
          <w:b w:val="0"/>
          <w:i w:val="0"/>
          <w:sz w:val="20"/>
        </w:rPr>
        <w:t>Seller/Dealer: [ ]  |  Buyer: [ ]  |  Date: [ ]  |  Location: [ 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Make/model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VIN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Registration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Mileage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Keys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Service book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Spare wheel/tools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Radio/accessories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Documents received</w:t>
      </w:r>
    </w:p>
    <w:p>
      <w:pPr>
        <w:pStyle w:val="ListBullet"/>
        <w:spacing w:after="40"/>
      </w:pPr>
      <w:r>
        <w:t>VAT invoice / receipt</w:t>
      </w:r>
    </w:p>
    <w:p>
      <w:pPr>
        <w:pStyle w:val="ListBullet"/>
        <w:spacing w:after="40"/>
      </w:pPr>
      <w:r>
        <w:t>White book / registration</w:t>
      </w:r>
    </w:p>
    <w:p>
      <w:pPr>
        <w:pStyle w:val="ListBullet"/>
        <w:spacing w:after="40"/>
      </w:pPr>
      <w:r>
        <w:t>Insurance cover note</w:t>
      </w:r>
    </w:p>
    <w:p>
      <w:pPr>
        <w:pStyle w:val="ListBullet"/>
        <w:spacing w:after="40"/>
      </w:pPr>
      <w:r>
        <w:t>Road tax/roadworthiness</w:t>
      </w:r>
    </w:p>
    <w:p>
      <w:pPr>
        <w:pStyle w:val="ListBullet"/>
        <w:spacing w:after="40"/>
      </w:pPr>
      <w:r>
        <w:t>Warranty booklet/terms</w:t>
      </w:r>
    </w:p>
    <w:p>
      <w:pPr>
        <w:pStyle w:val="ListBullet"/>
        <w:spacing w:after="40"/>
      </w:pPr>
      <w:r>
        <w:t>Import/customs documents（如适用）</w:t>
      </w:r>
    </w:p>
    <w:p>
      <w:pPr>
        <w:spacing w:before="180"/>
      </w:pPr>
      <w:r>
        <w:rPr>
          <w:b/>
          <w:color w:val="143D29"/>
          <w:sz w:val="23"/>
        </w:rPr>
        <w:t>Defects / exceptions</w:t>
      </w:r>
    </w:p>
    <w:p>
      <w:r>
        <w:rPr>
          <w:b w:val="0"/>
          <w:i w:val="0"/>
          <w:sz w:val="20"/>
        </w:rPr>
        <w:t>[ ]</w:t>
      </w:r>
    </w:p>
    <w:p>
      <w:pPr>
        <w:spacing w:before="180"/>
      </w:pPr>
      <w:r>
        <w:rPr>
          <w:b/>
          <w:color w:val="143D29"/>
          <w:sz w:val="23"/>
        </w:rPr>
        <w:t>Signatures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535"/>
            <w:shd w:fill="174B2F"/>
          </w:tcPr>
          <w:p>
            <w:r/>
            <w:r>
              <w:rPr>
                <w:b/>
                <w:color w:val="FFFFFF"/>
                <w:sz w:val="18"/>
              </w:rPr>
              <w:t>Seller/Dealer</w:t>
            </w:r>
          </w:p>
        </w:tc>
        <w:tc>
          <w:tcPr>
            <w:tcW w:type="dxa" w:w="4535"/>
            <w:shd w:fill="174B2F"/>
          </w:tcPr>
          <w:p>
            <w:r/>
            <w:r>
              <w:rPr>
                <w:b/>
                <w:color w:val="FFFFFF"/>
                <w:sz w:val="18"/>
              </w:rPr>
              <w:t>Buyer</w:t>
            </w:r>
          </w:p>
        </w:tc>
      </w:tr>
      <w:tr>
        <w:tc>
          <w:tcPr>
            <w:tcW w:type="dxa" w:w="4535"/>
          </w:tcPr>
          <w:p>
            <w:r/>
            <w:r>
              <w:rPr>
                <w:sz w:val="18"/>
              </w:rPr>
              <w:t>Name: [ ]</w:t>
              <w:br/>
              <w:t>Signature: ________</w:t>
              <w:br/>
              <w:t>Date: [ ]</w:t>
            </w:r>
          </w:p>
        </w:tc>
        <w:tc>
          <w:tcPr>
            <w:tcW w:type="dxa" w:w="4535"/>
          </w:tcPr>
          <w:p>
            <w:r/>
            <w:r>
              <w:rPr>
                <w:sz w:val="18"/>
              </w:rPr>
              <w:t>Name: [ ]</w:t>
              <w:br/>
              <w:t>Signature: ________</w:t>
              <w:br/>
              <w:t>Date: [ 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交易前请核对 RTSA/ZRA 最新要求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