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车辆买卖协议/销售函（空白模板）</w:t>
      </w:r>
    </w:p>
    <w:p>
      <w:r>
        <w:rPr>
          <w:b/>
          <w:color w:val="9A5B12"/>
          <w:sz w:val="22"/>
        </w:rPr>
        <w:t>VEHICLE SALE AGREEMENT / LETTER OF SALE</w:t>
      </w:r>
    </w:p>
    <w:p>
      <w:r>
        <w:rPr>
          <w:i/>
          <w:color w:val="555F66"/>
          <w:sz w:val="17"/>
        </w:rPr>
        <w:t>RTSA 变更所有权通常要求 letter of sale；双方签字，公司交易要盖章。</w:t>
      </w:r>
    </w:p>
    <w:p>
      <w:r>
        <w:rPr>
          <w:b w:val="0"/>
          <w:i w:val="0"/>
          <w:sz w:val="20"/>
        </w:rPr>
        <w:t>Seller: [Name/Company], ID/Passport/Reg No. [ ], address [ ], phone [ ]</w:t>
      </w:r>
    </w:p>
    <w:p>
      <w:r>
        <w:rPr>
          <w:b w:val="0"/>
          <w:i w:val="0"/>
          <w:sz w:val="20"/>
        </w:rPr>
        <w:t>Buyer: [Name/Company], ID/Passport/Reg No. [ ], address [ ], phone [ ]</w:t>
      </w:r>
    </w:p>
    <w:p>
      <w:pPr>
        <w:spacing w:before="180"/>
      </w:pPr>
      <w:r>
        <w:rPr>
          <w:b/>
          <w:color w:val="143D29"/>
          <w:sz w:val="23"/>
        </w:rPr>
        <w:t>Vehicle details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Make/model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Registration no.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Chassis/VIN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Engine no.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Year/colour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Mileage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White book no.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Sale terms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6"/>
        <w:gridCol w:w="4986"/>
      </w:tblGrid>
      <w:tr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986"/>
            <w:shd w:fill="174B2F"/>
          </w:tcPr>
          <w:p>
            <w:r/>
            <w:r>
              <w:rPr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Price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ZMW 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Deposit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ZMW 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Balance due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ZMW [ ] on [date]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Payment method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[bank transfer/cash]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Handover date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Place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180"/>
      </w:pPr>
      <w:r>
        <w:rPr>
          <w:b/>
          <w:color w:val="143D29"/>
          <w:sz w:val="23"/>
        </w:rPr>
        <w:t>Seller declarations</w:t>
      </w:r>
    </w:p>
    <w:p>
      <w:pPr>
        <w:pStyle w:val="ListBullet"/>
        <w:spacing w:after="40"/>
      </w:pPr>
      <w:r>
        <w:t>The Seller is the registered owner and the vehicle is free of undisclosed encumbrances/loans.</w:t>
      </w:r>
    </w:p>
    <w:p>
      <w:pPr>
        <w:pStyle w:val="ListBullet"/>
        <w:spacing w:after="40"/>
      </w:pPr>
      <w:r>
        <w:t>The vehicle is not stolen, cloned or subject to a police hold; all import/registration documents are genuine.</w:t>
      </w:r>
    </w:p>
    <w:p>
      <w:pPr>
        <w:pStyle w:val="ListBullet"/>
        <w:spacing w:after="40"/>
      </w:pPr>
      <w:r>
        <w:t>The Seller will cooperate with ZRA tax clearance, police anti-theft clearance and RTSA change of ownership.</w:t>
      </w:r>
    </w:p>
    <w:p>
      <w:pPr>
        <w:spacing w:before="180"/>
      </w:pPr>
      <w:r>
        <w:rPr>
          <w:b/>
          <w:color w:val="143D29"/>
          <w:sz w:val="23"/>
        </w:rPr>
        <w:t>Buyer declarations</w:t>
      </w:r>
    </w:p>
    <w:p>
      <w:pPr>
        <w:pStyle w:val="ListBullet"/>
        <w:spacing w:after="40"/>
      </w:pPr>
      <w:r>
        <w:t>The Buyer has inspected the vehicle and accepts its condition, subject to the inspection report.</w:t>
      </w:r>
    </w:p>
    <w:p>
      <w:pPr>
        <w:pStyle w:val="ListBullet"/>
        <w:spacing w:after="40"/>
      </w:pPr>
      <w:r>
        <w:t>The Buyer will complete RTSA change of ownership within 14 days and obtain new insurance.</w:t>
      </w:r>
    </w:p>
    <w:p>
      <w:pPr>
        <w:spacing w:before="180"/>
      </w:pPr>
      <w:r>
        <w:rPr>
          <w:b/>
          <w:color w:val="143D29"/>
          <w:sz w:val="23"/>
        </w:rPr>
        <w:t>Signatures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24"/>
        <w:gridCol w:w="3324"/>
        <w:gridCol w:w="3324"/>
      </w:tblGrid>
      <w:tr>
        <w:tc>
          <w:tcPr>
            <w:tcW w:type="dxa" w:w="3005"/>
            <w:shd w:fill="174B2F"/>
          </w:tcPr>
          <w:p>
            <w:r/>
            <w:r>
              <w:rPr>
                <w:b/>
                <w:color w:val="FFFFFF"/>
                <w:sz w:val="18"/>
              </w:rPr>
              <w:t>Seller</w:t>
            </w:r>
          </w:p>
        </w:tc>
        <w:tc>
          <w:tcPr>
            <w:tcW w:type="dxa" w:w="3005"/>
            <w:shd w:fill="174B2F"/>
          </w:tcPr>
          <w:p>
            <w:r/>
            <w:r>
              <w:rPr>
                <w:b/>
                <w:color w:val="FFFFFF"/>
                <w:sz w:val="18"/>
              </w:rPr>
              <w:t>Buyer</w:t>
            </w:r>
          </w:p>
        </w:tc>
        <w:tc>
          <w:tcPr>
            <w:tcW w:type="dxa" w:w="3005"/>
            <w:shd w:fill="174B2F"/>
          </w:tcPr>
          <w:p>
            <w:r/>
            <w:r>
              <w:rPr>
                <w:b/>
                <w:color w:val="FFFFFF"/>
                <w:sz w:val="18"/>
              </w:rPr>
              <w:t>Witness</w:t>
            </w:r>
          </w:p>
        </w:tc>
      </w:tr>
      <w:tr>
        <w:tc>
          <w:tcPr>
            <w:tcW w:type="dxa" w:w="3005"/>
          </w:tcPr>
          <w:p>
            <w:r/>
            <w:r>
              <w:rPr>
                <w:sz w:val="18"/>
              </w:rPr>
              <w:t>Name: [ ]</w:t>
              <w:br/>
              <w:t>Signature: ________</w:t>
              <w:br/>
              <w:t>Date: [ ]</w:t>
            </w:r>
          </w:p>
        </w:tc>
        <w:tc>
          <w:tcPr>
            <w:tcW w:type="dxa" w:w="3005"/>
          </w:tcPr>
          <w:p>
            <w:r/>
            <w:r>
              <w:rPr>
                <w:sz w:val="18"/>
              </w:rPr>
              <w:t>Name: [ ]</w:t>
              <w:br/>
              <w:t>Signature: ________</w:t>
              <w:br/>
              <w:t>Date: [ ]</w:t>
            </w:r>
          </w:p>
        </w:tc>
        <w:tc>
          <w:tcPr>
            <w:tcW w:type="dxa" w:w="3005"/>
          </w:tcPr>
          <w:p>
            <w:r/>
            <w:r>
              <w:rPr>
                <w:sz w:val="18"/>
              </w:rPr>
              <w:t>Name: [ ]</w:t>
              <w:br/>
              <w:t>Signature: ________</w:t>
              <w:br/>
              <w:t>Date: [ 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交易前请核对 RTSA/ZRA 最新要求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