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IT 设备验收单（空白模板）</w:t>
      </w:r>
    </w:p>
    <w:p>
      <w:r>
        <w:rPr>
          <w:b/>
          <w:color w:val="9A5B12"/>
          <w:sz w:val="22"/>
        </w:rPr>
        <w:t>IT EQUIPMENT ACCEPTANCE FORM</w:t>
      </w:r>
    </w:p>
    <w:p>
      <w:r>
        <w:rPr>
          <w:i/>
          <w:color w:val="555F66"/>
          <w:sz w:val="17"/>
        </w:rPr>
        <w:t>验收签字前确认型号、序列号、配件、测试结果和保修起算日。</w:t>
      </w:r>
    </w:p>
    <w:p>
      <w:r>
        <w:rPr>
          <w:b w:val="0"/>
          <w:i w:val="0"/>
          <w:sz w:val="20"/>
        </w:rPr>
        <w:t>Buyer: [Company]  |  Supplier: [Supplier]  |  Invoice/PO no.: [ ]  |  Date: [ 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67"/>
            <w:shd w:fill="174B2F"/>
          </w:tcPr>
          <w:p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1984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4"/>
            <w:shd w:fill="174B2F"/>
          </w:tcPr>
          <w:p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2268"/>
            <w:shd w:fill="174B2F"/>
          </w:tcPr>
          <w:p>
            <w:r/>
            <w:r>
              <w:rPr>
                <w:b/>
                <w:color w:val="FFFFFF"/>
                <w:sz w:val="18"/>
              </w:rPr>
              <w:t>Serial no.</w:t>
            </w:r>
          </w:p>
        </w:tc>
        <w:tc>
          <w:tcPr>
            <w:tcW w:type="dxa" w:w="737"/>
            <w:shd w:fill="174B2F"/>
          </w:tcPr>
          <w:p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268"/>
            <w:shd w:fill="174B2F"/>
          </w:tcPr>
          <w:p>
            <w:r/>
            <w:r>
              <w:rPr>
                <w:b/>
                <w:color w:val="FFFFFF"/>
                <w:sz w:val="18"/>
              </w:rPr>
              <w:t>Warranty start/end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737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737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737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Acceptance checks</w:t>
      </w:r>
    </w:p>
    <w:p>
      <w:pPr>
        <w:pStyle w:val="ListBullet"/>
        <w:spacing w:after="40"/>
      </w:pPr>
      <w:r>
        <w:t>Items delivered match PO/invoice</w:t>
      </w:r>
    </w:p>
    <w:p>
      <w:pPr>
        <w:pStyle w:val="ListBullet"/>
        <w:spacing w:after="40"/>
      </w:pPr>
      <w:r>
        <w:t>Serial numbers recorded</w:t>
      </w:r>
    </w:p>
    <w:p>
      <w:pPr>
        <w:pStyle w:val="ListBullet"/>
        <w:spacing w:after="40"/>
      </w:pPr>
      <w:r>
        <w:t>Accessories and consumables complete</w:t>
      </w:r>
    </w:p>
    <w:p>
      <w:pPr>
        <w:pStyle w:val="ListBullet"/>
        <w:spacing w:after="40"/>
      </w:pPr>
      <w:r>
        <w:t>Inspection checklist passed</w:t>
      </w:r>
    </w:p>
    <w:p>
      <w:pPr>
        <w:pStyle w:val="ListBullet"/>
        <w:spacing w:after="40"/>
      </w:pPr>
      <w:r>
        <w:t>VAT invoice received</w:t>
      </w:r>
    </w:p>
    <w:p>
      <w:pPr>
        <w:pStyle w:val="ListBullet"/>
        <w:spacing w:after="40"/>
      </w:pPr>
      <w:r>
        <w:t>Warranty terms and service contact received</w:t>
      </w:r>
    </w:p>
    <w:p>
      <w:pPr>
        <w:pStyle w:val="ListBullet"/>
        <w:spacing w:after="40"/>
      </w:pPr>
      <w:r>
        <w:t>Payment/deposit terms agreed</w:t>
      </w:r>
    </w:p>
    <w:p>
      <w:pPr>
        <w:spacing w:before="180"/>
      </w:pPr>
      <w:r>
        <w:rPr>
          <w:b/>
          <w:color w:val="143D29"/>
          <w:sz w:val="23"/>
        </w:rPr>
        <w:t>Exceptions / defects</w:t>
      </w:r>
    </w:p>
    <w:p>
      <w:r>
        <w:rPr>
          <w:b w:val="0"/>
          <w:i w:val="0"/>
          <w:sz w:val="20"/>
        </w:rPr>
        <w:t>[Describe any missing item, damage or defect and agreed remedy/date.]</w:t>
      </w:r>
    </w:p>
    <w:p>
      <w:pPr>
        <w:spacing w:before="180"/>
      </w:pPr>
      <w:r>
        <w:rPr>
          <w:b/>
          <w:color w:val="143D29"/>
          <w:sz w:val="23"/>
        </w:rPr>
        <w:t>Signatures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535"/>
            <w:shd w:fill="174B2F"/>
          </w:tcPr>
          <w:p>
            <w:r/>
            <w:r>
              <w:rPr>
                <w:b/>
                <w:color w:val="FFFFFF"/>
                <w:sz w:val="18"/>
              </w:rPr>
              <w:t>Buyer</w:t>
            </w:r>
          </w:p>
        </w:tc>
        <w:tc>
          <w:tcPr>
            <w:tcW w:type="dxa" w:w="4535"/>
            <w:shd w:fill="174B2F"/>
          </w:tcPr>
          <w:p>
            <w:r/>
            <w:r>
              <w:rPr>
                <w:b/>
                <w:color w:val="FFFFFF"/>
                <w:sz w:val="18"/>
              </w:rPr>
              <w:t>Supplier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8"/>
              </w:rPr>
              <w:t>Name: [ ]</w:t>
              <w:br/>
              <w:t>Title: [ ]</w:t>
              <w:br/>
              <w:t>Signature: ________</w:t>
              <w:br/>
              <w:t>Date: [ ]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Name: [ ]</w:t>
              <w:br/>
              <w:t>Title: [ ]</w:t>
              <w:br/>
              <w:t>Signature: ________</w:t>
              <w:br/>
              <w:t>Date: [ 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采购前请向供应商确认最新规格/价格/保修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