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D29"/>
          <w:sz w:val="36"/>
        </w:rPr>
        <w:t>银行 reference 信（空白模板）</w:t>
      </w:r>
    </w:p>
    <w:p>
      <w:r>
        <w:rPr>
          <w:b/>
          <w:color w:val="9A5B12"/>
          <w:sz w:val="22"/>
        </w:rPr>
        <w:t>BANK REFERENCE LETTER</w:t>
      </w:r>
    </w:p>
    <w:p>
      <w:r>
        <w:rPr>
          <w:i/>
          <w:color w:val="555F66"/>
          <w:sz w:val="17"/>
        </w:rPr>
        <w:t>部分银行开户会要求现有客户/雇主出具 reference；不是所有银行都要求。</w:t>
      </w:r>
    </w:p>
    <w:p>
      <w:r>
        <w:rPr>
          <w:b w:val="0"/>
          <w:i w:val="0"/>
          <w:sz w:val="20"/>
        </w:rPr>
        <w:t>Date: [ ]</w:t>
      </w:r>
    </w:p>
    <w:p>
      <w:r>
        <w:rPr>
          <w:b w:val="0"/>
          <w:i w:val="0"/>
          <w:sz w:val="20"/>
        </w:rPr>
        <w:t>To: [Bank name], [Branch]</w:t>
      </w:r>
    </w:p>
    <w:p>
      <w:r>
        <w:rPr>
          <w:b w:val="0"/>
          <w:i w:val="0"/>
          <w:sz w:val="20"/>
        </w:rPr>
        <w:t>RE: REFERENCE FOR [Applicant name], Passport/NRC No. [ ]</w:t>
      </w:r>
    </w:p>
    <w:p>
      <w:r>
        <w:rPr>
          <w:b w:val="0"/>
          <w:i w:val="0"/>
          <w:sz w:val="20"/>
        </w:rPr>
        <w:t>I, [Referee name], of [address/company], ID/Passport No. [ ], confirm that I have known [Applicant name] for [ ] years as [relationship: employer/colleague/friend/client].</w:t>
      </w:r>
    </w:p>
    <w:p>
      <w:r>
        <w:rPr>
          <w:b w:val="0"/>
          <w:i w:val="0"/>
          <w:sz w:val="20"/>
        </w:rPr>
        <w:t>To the best of my knowledge, the applicant is of good standing and the information provided is true. I understand the bank may contact me for verification.</w:t>
      </w:r>
    </w:p>
    <w:p>
      <w:r>
        <w:rPr>
          <w:b w:val="0"/>
          <w:i w:val="0"/>
          <w:sz w:val="20"/>
        </w:rPr>
        <w:t>Referee contact: [phone] / [email]</w:t>
      </w:r>
    </w:p>
    <w:p>
      <w:r>
        <w:rPr>
          <w:b w:val="0"/>
          <w:i w:val="0"/>
          <w:sz w:val="20"/>
        </w:rPr>
        <w:t>Signature: ________________________</w:t>
        <w:br/>
        <w:t>Name: [ ]</w:t>
        <w:br/>
        <w:t>Title: [ 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F66"/>
        <w:sz w:val="15"/>
      </w:rPr>
      <w:t>赞比亚华人社区 · www.zamchi.com · 使用前请向银行确认最新清单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F66"/>
        <w:sz w:val="15"/>
      </w:rPr>
      <w:t>ZAMCHI TEMPLATE · BLANK FORM · NOT LEGAL ADVICE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crosoft Ya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