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居住地址证明（空白模板）</w:t>
      </w:r>
    </w:p>
    <w:p>
      <w:r>
        <w:rPr>
          <w:b/>
          <w:color w:val="9A5B12"/>
          <w:sz w:val="22"/>
        </w:rPr>
        <w:t>PROOF OF ADDRESS LETTER</w:t>
      </w:r>
    </w:p>
    <w:p>
      <w:r>
        <w:rPr>
          <w:i/>
          <w:color w:val="555F66"/>
          <w:sz w:val="17"/>
        </w:rPr>
        <w:t>由房东/雇主/宿舍管理方出具；附水电单或租约更有说服力。</w:t>
      </w:r>
    </w:p>
    <w:p>
      <w:r>
        <w:rPr>
          <w:b w:val="0"/>
          <w:i w:val="0"/>
          <w:sz w:val="20"/>
        </w:rPr>
        <w:t>Date: [ ]</w:t>
      </w:r>
    </w:p>
    <w:p>
      <w:r>
        <w:rPr>
          <w:b w:val="0"/>
          <w:i w:val="0"/>
          <w:sz w:val="20"/>
        </w:rPr>
        <w:t>To: [Bank name], [Branch]</w:t>
      </w:r>
    </w:p>
    <w:p>
      <w:r>
        <w:rPr>
          <w:b w:val="0"/>
          <w:i w:val="0"/>
          <w:sz w:val="20"/>
        </w:rPr>
        <w:t>RE: CONFIRMATION OF RESIDENCE — [Applicant name], Passport/NRC No. [ ]</w:t>
      </w:r>
    </w:p>
    <w:p>
      <w:r>
        <w:rPr>
          <w:b w:val="0"/>
          <w:i w:val="0"/>
          <w:sz w:val="20"/>
        </w:rPr>
        <w:t>I, [Landlord/Employer/Hostel manager name], of [address], ID/Passport No. [ ], confirm that [Applicant name] has resided at [full residential address] since [date].</w:t>
      </w:r>
    </w:p>
    <w:p>
      <w:r>
        <w:rPr>
          <w:b w:val="0"/>
          <w:i w:val="0"/>
          <w:sz w:val="20"/>
        </w:rPr>
        <w:t>The property is [rented/owned/company accommodation]. The applicant’s contact number is [ ]; email [ ].</w:t>
      </w:r>
    </w:p>
    <w:p>
      <w:r>
        <w:rPr>
          <w:b w:val="0"/>
          <w:i w:val="0"/>
          <w:sz w:val="20"/>
        </w:rPr>
        <w:t>I attach [utility bill / lease agreement / title deed / company letter] as supporting evidence.</w:t>
      </w:r>
    </w:p>
    <w:p>
      <w:r>
        <w:rPr>
          <w:b w:val="0"/>
          <w:i w:val="0"/>
          <w:sz w:val="20"/>
        </w:rPr>
        <w:t>Signature: ________________________</w:t>
        <w:br/>
        <w:t>Name: [ ]</w:t>
        <w:br/>
        <w:t>Title/relationship: [ ]</w:t>
        <w:br/>
        <w:t>Phone: [ 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使用前请向银行确认最新清单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