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雇主薪资确认函（空白模板）</w:t>
      </w:r>
    </w:p>
    <w:p>
      <w:r>
        <w:rPr>
          <w:b/>
          <w:color w:val="9A5B12"/>
          <w:sz w:val="22"/>
        </w:rPr>
        <w:t>EMPLOYER SALARY CONFIRMATION LETTER</w:t>
      </w:r>
    </w:p>
    <w:p>
      <w:r>
        <w:rPr>
          <w:i/>
          <w:color w:val="555F66"/>
          <w:sz w:val="17"/>
        </w:rPr>
        <w:t>用于个人开户/签证/贷款等；由雇主抬头纸出具并盖章。</w:t>
      </w:r>
    </w:p>
    <w:p>
      <w:r>
        <w:rPr>
          <w:b/>
          <w:i w:val="0"/>
          <w:sz w:val="20"/>
        </w:rPr>
        <w:t>[Company letterhead]</w:t>
      </w:r>
    </w:p>
    <w:p>
      <w:r>
        <w:rPr>
          <w:b w:val="0"/>
          <w:i w:val="0"/>
          <w:sz w:val="20"/>
        </w:rPr>
        <w:t>Date: [ ]</w:t>
      </w:r>
    </w:p>
    <w:p>
      <w:r>
        <w:rPr>
          <w:b w:val="0"/>
          <w:i w:val="0"/>
          <w:sz w:val="20"/>
        </w:rPr>
        <w:t>To: [Bank name], [Branch]</w:t>
      </w:r>
    </w:p>
    <w:p>
      <w:r>
        <w:rPr>
          <w:b w:val="0"/>
          <w:i w:val="0"/>
          <w:sz w:val="20"/>
        </w:rPr>
        <w:t>RE: SALARY CONFIRMATION — [Employee name], Passport/NRC No. [ ]</w:t>
      </w:r>
    </w:p>
    <w:p>
      <w:r>
        <w:rPr>
          <w:b w:val="0"/>
          <w:i w:val="0"/>
          <w:sz w:val="20"/>
        </w:rPr>
        <w:t>This is to confirm that [Employee name] has been employed by [Company name] since [date] as [job title] in [department].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6"/>
        <w:gridCol w:w="4986"/>
      </w:tblGrid>
      <w:tr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Employment type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[permanent / fixed-term / probation]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Gross monthly salary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ZMW 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Net monthly salary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ZMW 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Pay date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Employee number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r>
        <w:rPr>
          <w:b w:val="0"/>
          <w:i w:val="0"/>
          <w:sz w:val="20"/>
        </w:rPr>
        <w:t>The employee’s salary is paid by [bank transfer/cash] to [bank/account]. This letter is issued at the employee’s request for the purpose of opening a personal bank account.</w:t>
      </w:r>
    </w:p>
    <w:p>
      <w:r>
        <w:rPr>
          <w:b w:val="0"/>
          <w:i w:val="0"/>
          <w:sz w:val="20"/>
        </w:rPr>
        <w:t>For further verification, please contact [HR name], [title], [phone], [email].</w:t>
      </w:r>
    </w:p>
    <w:p>
      <w:r>
        <w:rPr>
          <w:b w:val="0"/>
          <w:i w:val="0"/>
          <w:sz w:val="20"/>
        </w:rPr>
        <w:t>Yours faithfully,</w:t>
      </w:r>
    </w:p>
    <w:p>
      <w:r>
        <w:rPr>
          <w:b w:val="0"/>
          <w:i w:val="0"/>
          <w:sz w:val="20"/>
        </w:rPr>
        <w:t>________________________</w:t>
        <w:br/>
        <w:t>[Name]</w:t>
        <w:br/>
        <w:t>[Title]</w:t>
        <w:br/>
        <w:t>[Company stamp]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使用前请向银行确认最新清单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